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BA5E4" w14:textId="77777777" w:rsidR="007755B7" w:rsidRPr="001C1049" w:rsidRDefault="007755B7" w:rsidP="007755B7">
      <w:pPr>
        <w:pStyle w:val="Title"/>
      </w:pPr>
      <w:r w:rsidRPr="001C1049">
        <w:t>Email Signatures Instructions:</w:t>
      </w:r>
    </w:p>
    <w:p w14:paraId="7148009B" w14:textId="77777777" w:rsidR="007755B7" w:rsidRPr="00973E14" w:rsidRDefault="007755B7" w:rsidP="007755B7">
      <w:pPr>
        <w:rPr>
          <w:rFonts w:cs="Arial"/>
        </w:rPr>
      </w:pPr>
      <w:r w:rsidRPr="00973E14">
        <w:rPr>
          <w:rFonts w:cs="Arial"/>
        </w:rPr>
        <w:t>Please help us provide a unified appearance to our patients and the public.</w:t>
      </w:r>
    </w:p>
    <w:p w14:paraId="724C1FE9" w14:textId="77777777" w:rsidR="007755B7" w:rsidRDefault="007755B7" w:rsidP="007755B7">
      <w:pPr>
        <w:ind w:right="90"/>
        <w:rPr>
          <w:noProof/>
        </w:rPr>
      </w:pPr>
      <w:r w:rsidRPr="00973E14">
        <w:rPr>
          <w:rFonts w:cs="Arial"/>
        </w:rPr>
        <w:t xml:space="preserve">For consistency, each email signature within the </w:t>
      </w:r>
      <w:r>
        <w:rPr>
          <w:rFonts w:cs="Arial"/>
        </w:rPr>
        <w:t xml:space="preserve">University Nebraska Medical Center </w:t>
      </w:r>
      <w:r w:rsidRPr="00973E14">
        <w:rPr>
          <w:rFonts w:cs="Arial"/>
        </w:rPr>
        <w:t>organization should follow a</w:t>
      </w:r>
      <w:r>
        <w:rPr>
          <w:rFonts w:cs="Arial"/>
        </w:rPr>
        <w:t xml:space="preserve"> clear, specific format. U</w:t>
      </w:r>
      <w:r w:rsidRPr="00973E14">
        <w:rPr>
          <w:rFonts w:cs="Arial"/>
        </w:rPr>
        <w:t>pdate your current email signature to match the following example. Your email signature should be in Arial font</w:t>
      </w:r>
      <w:r>
        <w:rPr>
          <w:rFonts w:cs="Arial"/>
        </w:rPr>
        <w:t>. There</w:t>
      </w:r>
      <w:r w:rsidRPr="00973E14">
        <w:rPr>
          <w:rFonts w:cs="Arial"/>
        </w:rPr>
        <w:t xml:space="preserve"> should </w:t>
      </w:r>
      <w:r w:rsidRPr="00D010C8">
        <w:rPr>
          <w:rFonts w:cs="Arial"/>
        </w:rPr>
        <w:t>not</w:t>
      </w:r>
      <w:r w:rsidRPr="00973E14">
        <w:rPr>
          <w:rFonts w:cs="Arial"/>
        </w:rPr>
        <w:t xml:space="preserve"> be any wallpaper in the background of your email messages.</w:t>
      </w:r>
      <w:r w:rsidRPr="0053667A">
        <w:rPr>
          <w:noProof/>
        </w:rPr>
        <w:t xml:space="preserve"> </w:t>
      </w:r>
    </w:p>
    <w:p w14:paraId="6D71132C" w14:textId="77777777" w:rsidR="007755B7" w:rsidRPr="00D010C8" w:rsidRDefault="007755B7" w:rsidP="007755B7">
      <w:pPr>
        <w:ind w:right="86"/>
        <w:rPr>
          <w:rFonts w:cs="Arial"/>
          <w:noProof/>
        </w:rPr>
      </w:pPr>
      <w:r w:rsidRPr="00D010C8">
        <w:rPr>
          <w:rFonts w:cs="Arial"/>
          <w:noProof/>
        </w:rPr>
        <w:t xml:space="preserve">Examples with and without gender pronouns </w:t>
      </w:r>
      <w:r>
        <w:rPr>
          <w:rFonts w:cs="Arial"/>
          <w:noProof/>
        </w:rPr>
        <w:t>and with and without the logo are included below.</w:t>
      </w:r>
    </w:p>
    <w:p w14:paraId="25F95D9F" w14:textId="77777777" w:rsidR="007755B7" w:rsidRPr="00971B60" w:rsidRDefault="007755B7" w:rsidP="007755B7">
      <w:pPr>
        <w:pBdr>
          <w:bottom w:val="single" w:sz="6" w:space="1" w:color="auto"/>
        </w:pBdr>
        <w:rPr>
          <w:rFonts w:cs="Arial"/>
          <w:sz w:val="13"/>
          <w:szCs w:val="13"/>
        </w:rPr>
      </w:pPr>
    </w:p>
    <w:p w14:paraId="6A89601F" w14:textId="77777777" w:rsidR="007755B7" w:rsidRPr="007701BF" w:rsidRDefault="007755B7" w:rsidP="007755B7">
      <w:pPr>
        <w:rPr>
          <w:rFonts w:cs="Arial"/>
          <w:b/>
          <w:bCs/>
        </w:rPr>
      </w:pPr>
      <w:r w:rsidRPr="007701BF">
        <w:rPr>
          <w:rFonts w:cs="Arial"/>
          <w:b/>
          <w:bCs/>
        </w:rPr>
        <w:t>Update your email signature</w:t>
      </w:r>
    </w:p>
    <w:p w14:paraId="38854E25" w14:textId="77777777" w:rsidR="001A17C0" w:rsidRDefault="007755B7" w:rsidP="001A17C0">
      <w:pPr>
        <w:rPr>
          <w:rFonts w:cs="Arial"/>
        </w:rPr>
      </w:pPr>
      <w:r w:rsidRPr="007701BF">
        <w:rPr>
          <w:rFonts w:cs="Arial"/>
        </w:rPr>
        <w:t xml:space="preserve">Open Outlook and go to your signature settings. In most versions of Outlook, you can find this under Settings or Preferences, then Signatures. </w:t>
      </w:r>
      <w:r w:rsidRPr="00973E14">
        <w:rPr>
          <w:rFonts w:cs="Arial"/>
        </w:rPr>
        <w:t xml:space="preserve">Copy </w:t>
      </w:r>
      <w:r>
        <w:rPr>
          <w:rFonts w:cs="Arial"/>
        </w:rPr>
        <w:t>the example</w:t>
      </w:r>
      <w:r w:rsidRPr="00973E14">
        <w:rPr>
          <w:rFonts w:cs="Arial"/>
        </w:rPr>
        <w:t xml:space="preserve"> and paste it into your new email signature</w:t>
      </w:r>
      <w:r>
        <w:rPr>
          <w:rFonts w:cs="Arial"/>
        </w:rPr>
        <w:t xml:space="preserve">. Enter your contact information and save </w:t>
      </w:r>
      <w:r w:rsidRPr="007701BF">
        <w:rPr>
          <w:rFonts w:cs="Arial"/>
        </w:rPr>
        <w:t>your changes</w:t>
      </w:r>
      <w:r>
        <w:rPr>
          <w:rFonts w:cs="Arial"/>
        </w:rPr>
        <w:t>. Send</w:t>
      </w:r>
      <w:r w:rsidRPr="007701BF">
        <w:rPr>
          <w:rFonts w:cs="Arial"/>
        </w:rPr>
        <w:t xml:space="preserve"> yourself a test email to confirm everything appears correctly.</w:t>
      </w:r>
    </w:p>
    <w:p w14:paraId="3CB44697" w14:textId="53C7F16A" w:rsidR="007755B7" w:rsidRDefault="007755B7" w:rsidP="001A17C0">
      <w:pPr>
        <w:rPr>
          <w:rFonts w:cs="Arial"/>
        </w:rPr>
      </w:pPr>
      <w:r w:rsidRPr="00973E14">
        <w:rPr>
          <w:rFonts w:cs="Arial"/>
        </w:rPr>
        <w:t xml:space="preserve">Make sure your new email signature is selected for new messages and replies/forwards as you prefer. </w:t>
      </w:r>
    </w:p>
    <w:p w14:paraId="6B04DFC7" w14:textId="77777777" w:rsidR="007755B7" w:rsidRPr="00A255A0" w:rsidRDefault="007755B7" w:rsidP="007755B7">
      <w:pPr>
        <w:rPr>
          <w:rFonts w:cs="Arial"/>
        </w:rPr>
      </w:pPr>
      <w:r w:rsidRPr="00A255A0">
        <w:rPr>
          <w:rFonts w:cs="Arial"/>
        </w:rPr>
        <w:t>Keep signature information concise and relevant to your UNMC role. Include only details that help recipients identify you and contact you quickly, and avoid adding unnecessary titles, memberships, graphics, or links.</w:t>
      </w:r>
    </w:p>
    <w:p w14:paraId="3509B5BA" w14:textId="77777777" w:rsidR="007755B7" w:rsidRDefault="007755B7" w:rsidP="007755B7">
      <w:pPr>
        <w:rPr>
          <w:rFonts w:cs="Arial"/>
          <w:b/>
          <w:sz w:val="28"/>
          <w:szCs w:val="28"/>
        </w:rPr>
      </w:pPr>
    </w:p>
    <w:p w14:paraId="508D71B8" w14:textId="77777777" w:rsidR="007755B7" w:rsidRPr="005A0A34" w:rsidRDefault="007755B7" w:rsidP="007755B7">
      <w:pPr>
        <w:rPr>
          <w:rFonts w:cs="Arial"/>
        </w:rPr>
      </w:pPr>
      <w:r w:rsidRPr="0018435C">
        <w:rPr>
          <w:rFonts w:cs="Arial"/>
          <w:b/>
          <w:sz w:val="28"/>
          <w:szCs w:val="28"/>
        </w:rPr>
        <w:t>Email Signature Template</w:t>
      </w:r>
      <w:r>
        <w:rPr>
          <w:rFonts w:cs="Arial"/>
          <w:b/>
          <w:sz w:val="28"/>
          <w:szCs w:val="28"/>
        </w:rPr>
        <w:t>:</w:t>
      </w:r>
    </w:p>
    <w:p w14:paraId="5D506ED1" w14:textId="77777777" w:rsidR="007755B7" w:rsidRPr="009A3FFA" w:rsidRDefault="007755B7" w:rsidP="007755B7">
      <w:pPr>
        <w:pStyle w:val="BasicParagraph"/>
        <w:suppressAutoHyphens/>
        <w:rPr>
          <w:rFonts w:ascii="Arial" w:hAnsi="Arial" w:cs="Arial"/>
          <w:color w:val="AD122A"/>
          <w:sz w:val="20"/>
          <w:szCs w:val="20"/>
        </w:rPr>
      </w:pPr>
      <w:r w:rsidRPr="009A3FFA">
        <w:rPr>
          <w:rFonts w:ascii="Arial" w:hAnsi="Arial" w:cs="Arial"/>
          <w:b/>
          <w:bCs/>
          <w:color w:val="AD122A"/>
          <w:sz w:val="20"/>
          <w:szCs w:val="20"/>
        </w:rPr>
        <w:t>Name, Credentials</w:t>
      </w:r>
    </w:p>
    <w:p w14:paraId="71B832FF" w14:textId="77777777" w:rsidR="007755B7" w:rsidRPr="009A3FFA" w:rsidRDefault="007755B7" w:rsidP="007755B7">
      <w:pPr>
        <w:pStyle w:val="BasicParagraph"/>
        <w:suppressAutoHyphens/>
        <w:rPr>
          <w:rFonts w:ascii="Arial" w:hAnsi="Arial" w:cs="Arial"/>
          <w:b/>
          <w:bCs/>
          <w:color w:val="000000" w:themeColor="text1"/>
          <w:sz w:val="20"/>
          <w:szCs w:val="20"/>
        </w:rPr>
      </w:pPr>
      <w:r w:rsidRPr="009A3FFA">
        <w:rPr>
          <w:rFonts w:ascii="Arial" w:hAnsi="Arial" w:cs="Arial"/>
          <w:b/>
          <w:bCs/>
          <w:color w:val="000000" w:themeColor="text1"/>
          <w:sz w:val="20"/>
          <w:szCs w:val="20"/>
        </w:rPr>
        <w:t>Title</w:t>
      </w:r>
    </w:p>
    <w:p w14:paraId="42895021" w14:textId="77777777" w:rsidR="007755B7" w:rsidRPr="009A3FFA" w:rsidRDefault="007755B7" w:rsidP="007755B7">
      <w:pPr>
        <w:pStyle w:val="BasicParagraph"/>
        <w:suppressAutoHyphens/>
        <w:rPr>
          <w:rFonts w:ascii="Arial" w:hAnsi="Arial" w:cs="Arial"/>
          <w:sz w:val="20"/>
          <w:szCs w:val="20"/>
        </w:rPr>
      </w:pPr>
      <w:r w:rsidRPr="009A3FFA">
        <w:rPr>
          <w:rFonts w:ascii="Arial" w:hAnsi="Arial" w:cs="Arial"/>
          <w:sz w:val="20"/>
          <w:szCs w:val="20"/>
        </w:rPr>
        <w:t>Department</w:t>
      </w:r>
    </w:p>
    <w:p w14:paraId="28D3E69E" w14:textId="77777777" w:rsidR="007755B7" w:rsidRDefault="007755B7" w:rsidP="007755B7">
      <w:pPr>
        <w:pStyle w:val="BasicParagraph"/>
        <w:suppressAutoHyphens/>
        <w:rPr>
          <w:rFonts w:ascii="Arial" w:hAnsi="Arial" w:cs="Arial"/>
          <w:sz w:val="18"/>
          <w:szCs w:val="18"/>
        </w:rPr>
      </w:pPr>
    </w:p>
    <w:p w14:paraId="64431310" w14:textId="77777777" w:rsidR="007755B7" w:rsidRDefault="007755B7" w:rsidP="007755B7">
      <w:pPr>
        <w:pStyle w:val="BasicParagraph"/>
        <w:suppressAutoHyphens/>
        <w:rPr>
          <w:rFonts w:ascii="Arial" w:hAnsi="Arial" w:cs="Arial"/>
          <w:sz w:val="18"/>
          <w:szCs w:val="18"/>
        </w:rPr>
      </w:pPr>
      <w:r>
        <w:rPr>
          <w:rFonts w:ascii="Arial" w:hAnsi="Arial" w:cs="Arial"/>
          <w:noProof/>
          <w:sz w:val="18"/>
          <w:szCs w:val="18"/>
        </w:rPr>
        <w:drawing>
          <wp:inline distT="0" distB="0" distL="0" distR="0" wp14:anchorId="7284B859" wp14:editId="6480B7BE">
            <wp:extent cx="1740310" cy="535479"/>
            <wp:effectExtent l="0" t="0" r="0" b="0"/>
            <wp:docPr id="2" name="Picture 2" descr="UNM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MC logo"/>
                    <pic:cNvPicPr/>
                  </pic:nvPicPr>
                  <pic:blipFill>
                    <a:blip r:embed="rId8"/>
                    <a:stretch>
                      <a:fillRect/>
                    </a:stretch>
                  </pic:blipFill>
                  <pic:spPr>
                    <a:xfrm>
                      <a:off x="0" y="0"/>
                      <a:ext cx="2088947" cy="642752"/>
                    </a:xfrm>
                    <a:prstGeom prst="rect">
                      <a:avLst/>
                    </a:prstGeom>
                  </pic:spPr>
                </pic:pic>
              </a:graphicData>
            </a:graphic>
          </wp:inline>
        </w:drawing>
      </w:r>
    </w:p>
    <w:p w14:paraId="7C3F3A94" w14:textId="77777777" w:rsidR="007755B7" w:rsidRPr="005D41A5" w:rsidRDefault="007755B7" w:rsidP="007755B7">
      <w:pPr>
        <w:pStyle w:val="BasicParagraph"/>
        <w:suppressAutoHyphens/>
        <w:rPr>
          <w:rFonts w:ascii="Arial" w:hAnsi="Arial" w:cs="Arial"/>
          <w:sz w:val="18"/>
          <w:szCs w:val="18"/>
        </w:rPr>
      </w:pPr>
    </w:p>
    <w:p w14:paraId="20B743F1" w14:textId="77777777" w:rsidR="007755B7" w:rsidRPr="009A3FFA" w:rsidRDefault="007755B7" w:rsidP="007755B7">
      <w:pPr>
        <w:pStyle w:val="BasicParagraph"/>
        <w:suppressAutoHyphens/>
        <w:rPr>
          <w:rFonts w:ascii="Arial" w:hAnsi="Arial" w:cs="Arial"/>
          <w:sz w:val="20"/>
          <w:szCs w:val="20"/>
        </w:rPr>
      </w:pPr>
      <w:r w:rsidRPr="009A3FFA">
        <w:rPr>
          <w:rFonts w:ascii="Arial" w:hAnsi="Arial" w:cs="Arial"/>
          <w:b/>
          <w:bCs/>
          <w:sz w:val="20"/>
          <w:szCs w:val="20"/>
        </w:rPr>
        <w:t>University of Nebraska Medical Center</w:t>
      </w:r>
    </w:p>
    <w:p w14:paraId="31B637EA" w14:textId="77777777" w:rsidR="007755B7" w:rsidRPr="009A3FFA" w:rsidRDefault="007755B7" w:rsidP="007755B7">
      <w:pPr>
        <w:pStyle w:val="BasicParagraph"/>
        <w:suppressAutoHyphens/>
        <w:rPr>
          <w:rFonts w:ascii="Arial" w:hAnsi="Arial" w:cs="Arial"/>
          <w:sz w:val="20"/>
          <w:szCs w:val="20"/>
        </w:rPr>
      </w:pPr>
      <w:proofErr w:type="gramStart"/>
      <w:r w:rsidRPr="009A3FFA">
        <w:rPr>
          <w:rFonts w:ascii="Arial" w:hAnsi="Arial" w:cs="Arial"/>
          <w:sz w:val="20"/>
          <w:szCs w:val="20"/>
        </w:rPr>
        <w:t>Address  |</w:t>
      </w:r>
      <w:proofErr w:type="gramEnd"/>
      <w:r w:rsidRPr="009A3FFA">
        <w:rPr>
          <w:rFonts w:ascii="Arial" w:hAnsi="Arial" w:cs="Arial"/>
          <w:sz w:val="20"/>
          <w:szCs w:val="20"/>
        </w:rPr>
        <w:t xml:space="preserve">  City, ST Zip</w:t>
      </w:r>
    </w:p>
    <w:p w14:paraId="368BCACC" w14:textId="77777777" w:rsidR="007755B7" w:rsidRPr="009A3FFA" w:rsidRDefault="007755B7" w:rsidP="007755B7">
      <w:pPr>
        <w:pStyle w:val="BasicParagraph"/>
        <w:suppressAutoHyphens/>
        <w:rPr>
          <w:rFonts w:ascii="Arial" w:hAnsi="Arial" w:cs="Arial"/>
          <w:sz w:val="20"/>
          <w:szCs w:val="20"/>
        </w:rPr>
      </w:pPr>
      <w:proofErr w:type="gramStart"/>
      <w:r w:rsidRPr="009A3FFA">
        <w:rPr>
          <w:rFonts w:ascii="Arial" w:hAnsi="Arial" w:cs="Arial"/>
          <w:sz w:val="20"/>
          <w:szCs w:val="20"/>
        </w:rPr>
        <w:t>402.000.0000  |</w:t>
      </w:r>
      <w:proofErr w:type="gramEnd"/>
      <w:r w:rsidRPr="009A3FFA">
        <w:rPr>
          <w:rFonts w:ascii="Arial" w:hAnsi="Arial" w:cs="Arial"/>
          <w:sz w:val="20"/>
          <w:szCs w:val="20"/>
        </w:rPr>
        <w:t xml:space="preserve">  fax 402.000.0000</w:t>
      </w:r>
    </w:p>
    <w:p w14:paraId="2BEFD631" w14:textId="77777777" w:rsidR="007755B7" w:rsidRPr="009A3FFA" w:rsidRDefault="007755B7" w:rsidP="007755B7">
      <w:pPr>
        <w:pStyle w:val="BasicParagraph"/>
        <w:suppressAutoHyphens/>
        <w:rPr>
          <w:rFonts w:ascii="Arial" w:hAnsi="Arial" w:cs="Arial"/>
          <w:color w:val="005EA2"/>
          <w:sz w:val="20"/>
          <w:szCs w:val="20"/>
        </w:rPr>
      </w:pPr>
      <w:r w:rsidRPr="009A3FFA">
        <w:rPr>
          <w:rFonts w:ascii="Arial" w:hAnsi="Arial" w:cs="Arial"/>
          <w:color w:val="005EA2"/>
          <w:sz w:val="20"/>
          <w:szCs w:val="20"/>
          <w:u w:val="thick"/>
        </w:rPr>
        <w:t>Email Address</w:t>
      </w:r>
    </w:p>
    <w:p w14:paraId="2AF8E6BA" w14:textId="77777777" w:rsidR="007755B7" w:rsidRPr="009A3FFA" w:rsidRDefault="007755B7" w:rsidP="007755B7">
      <w:pPr>
        <w:pStyle w:val="BasicParagraph"/>
        <w:suppressAutoHyphens/>
        <w:rPr>
          <w:rFonts w:ascii="Arial" w:hAnsi="Arial" w:cs="Arial"/>
          <w:color w:val="005EA2"/>
          <w:sz w:val="20"/>
          <w:szCs w:val="20"/>
        </w:rPr>
      </w:pPr>
    </w:p>
    <w:p w14:paraId="29B827A4" w14:textId="77777777" w:rsidR="007755B7" w:rsidRPr="009A3FFA" w:rsidRDefault="007755B7" w:rsidP="007755B7">
      <w:pPr>
        <w:rPr>
          <w:rFonts w:cs="Arial"/>
          <w:color w:val="005EA2"/>
          <w:sz w:val="20"/>
          <w:szCs w:val="20"/>
          <w:u w:val="thick"/>
        </w:rPr>
      </w:pPr>
      <w:hyperlink r:id="rId9" w:history="1">
        <w:r w:rsidRPr="009A3FFA">
          <w:rPr>
            <w:rStyle w:val="Hyperlink"/>
            <w:sz w:val="20"/>
            <w:szCs w:val="20"/>
          </w:rPr>
          <w:t>UNMC</w:t>
        </w:r>
      </w:hyperlink>
      <w:r w:rsidRPr="009A3FFA">
        <w:rPr>
          <w:rFonts w:cs="Arial"/>
          <w:color w:val="005EA2"/>
          <w:sz w:val="20"/>
          <w:szCs w:val="20"/>
        </w:rPr>
        <w:t xml:space="preserve"> | </w:t>
      </w:r>
      <w:hyperlink r:id="rId10" w:history="1">
        <w:r w:rsidRPr="009A3FFA">
          <w:rPr>
            <w:rStyle w:val="Hyperlink"/>
            <w:sz w:val="20"/>
            <w:szCs w:val="20"/>
          </w:rPr>
          <w:t>Facebook</w:t>
        </w:r>
      </w:hyperlink>
      <w:r w:rsidRPr="009A3FFA">
        <w:rPr>
          <w:rFonts w:cs="Arial"/>
          <w:color w:val="005EA2"/>
          <w:sz w:val="20"/>
          <w:szCs w:val="20"/>
        </w:rPr>
        <w:t xml:space="preserve"> | </w:t>
      </w:r>
      <w:hyperlink r:id="rId11" w:history="1">
        <w:r w:rsidRPr="009A3FFA">
          <w:rPr>
            <w:rStyle w:val="Hyperlink"/>
            <w:sz w:val="20"/>
            <w:szCs w:val="20"/>
          </w:rPr>
          <w:t>X</w:t>
        </w:r>
      </w:hyperlink>
      <w:r w:rsidRPr="009A3FFA">
        <w:rPr>
          <w:rFonts w:cs="Arial"/>
          <w:color w:val="005EA2"/>
          <w:sz w:val="20"/>
          <w:szCs w:val="20"/>
        </w:rPr>
        <w:t xml:space="preserve"> | </w:t>
      </w:r>
      <w:hyperlink r:id="rId12" w:history="1">
        <w:r w:rsidRPr="009A3FFA">
          <w:rPr>
            <w:rStyle w:val="Hyperlink"/>
            <w:sz w:val="20"/>
            <w:szCs w:val="20"/>
          </w:rPr>
          <w:t>Instagram</w:t>
        </w:r>
      </w:hyperlink>
      <w:r w:rsidRPr="009A3FFA">
        <w:rPr>
          <w:rFonts w:cs="Arial"/>
          <w:color w:val="005EA2"/>
          <w:sz w:val="20"/>
          <w:szCs w:val="20"/>
        </w:rPr>
        <w:t xml:space="preserve"> | </w:t>
      </w:r>
      <w:hyperlink r:id="rId13" w:history="1">
        <w:r w:rsidRPr="009A3FFA">
          <w:rPr>
            <w:rStyle w:val="Hyperlink"/>
            <w:sz w:val="20"/>
            <w:szCs w:val="20"/>
          </w:rPr>
          <w:t>YouTube</w:t>
        </w:r>
      </w:hyperlink>
      <w:r w:rsidRPr="009A3FFA">
        <w:rPr>
          <w:rFonts w:cs="Arial"/>
          <w:color w:val="005EA2"/>
          <w:sz w:val="20"/>
          <w:szCs w:val="20"/>
        </w:rPr>
        <w:t xml:space="preserve"> | </w:t>
      </w:r>
      <w:hyperlink r:id="rId14" w:history="1">
        <w:r w:rsidRPr="009A3FFA">
          <w:rPr>
            <w:rStyle w:val="Hyperlink"/>
            <w:sz w:val="20"/>
            <w:szCs w:val="20"/>
          </w:rPr>
          <w:t>Bluesky</w:t>
        </w:r>
      </w:hyperlink>
    </w:p>
    <w:p w14:paraId="6408EFE1" w14:textId="77777777" w:rsidR="007755B7" w:rsidRDefault="007755B7" w:rsidP="007755B7">
      <w:pPr>
        <w:rPr>
          <w:rFonts w:cs="Arial"/>
          <w:b/>
          <w:sz w:val="28"/>
          <w:szCs w:val="28"/>
        </w:rPr>
      </w:pPr>
    </w:p>
    <w:p w14:paraId="2AC2875A" w14:textId="77777777" w:rsidR="007755B7" w:rsidRDefault="007755B7" w:rsidP="007755B7">
      <w:pPr>
        <w:rPr>
          <w:rFonts w:cs="Arial"/>
          <w:b/>
          <w:sz w:val="28"/>
          <w:szCs w:val="28"/>
        </w:rPr>
      </w:pPr>
    </w:p>
    <w:p w14:paraId="40AD9231" w14:textId="77777777" w:rsidR="007755B7" w:rsidRDefault="007755B7" w:rsidP="007755B7">
      <w:pPr>
        <w:rPr>
          <w:rFonts w:cs="Arial"/>
          <w:b/>
          <w:sz w:val="28"/>
          <w:szCs w:val="28"/>
        </w:rPr>
      </w:pPr>
    </w:p>
    <w:p w14:paraId="32449299" w14:textId="77777777" w:rsidR="001A17C0" w:rsidRDefault="001A17C0" w:rsidP="007755B7">
      <w:pPr>
        <w:rPr>
          <w:rFonts w:cs="Arial"/>
          <w:b/>
          <w:sz w:val="28"/>
          <w:szCs w:val="28"/>
        </w:rPr>
      </w:pPr>
    </w:p>
    <w:p w14:paraId="67A362DB" w14:textId="77777777" w:rsidR="009A3FFA" w:rsidRDefault="009A3FFA" w:rsidP="007755B7">
      <w:pPr>
        <w:rPr>
          <w:rFonts w:cs="Arial"/>
          <w:b/>
          <w:sz w:val="28"/>
          <w:szCs w:val="28"/>
        </w:rPr>
      </w:pPr>
    </w:p>
    <w:p w14:paraId="32027815" w14:textId="29F2EE0E" w:rsidR="007755B7" w:rsidRPr="0018435C" w:rsidRDefault="007755B7" w:rsidP="007755B7">
      <w:pPr>
        <w:rPr>
          <w:rFonts w:cs="Arial"/>
          <w:color w:val="0000FF"/>
          <w:sz w:val="28"/>
          <w:szCs w:val="28"/>
          <w:lang w:val="en"/>
        </w:rPr>
      </w:pPr>
      <w:r w:rsidRPr="0018435C">
        <w:rPr>
          <w:rFonts w:cs="Arial"/>
          <w:b/>
          <w:sz w:val="28"/>
          <w:szCs w:val="28"/>
        </w:rPr>
        <w:lastRenderedPageBreak/>
        <w:t>Email Signature Template</w:t>
      </w:r>
      <w:r>
        <w:rPr>
          <w:rFonts w:cs="Arial"/>
          <w:b/>
          <w:sz w:val="28"/>
          <w:szCs w:val="28"/>
        </w:rPr>
        <w:t xml:space="preserve"> (with optional pronouns):</w:t>
      </w:r>
    </w:p>
    <w:p w14:paraId="23C57DD8" w14:textId="77777777" w:rsidR="007755B7" w:rsidRPr="009A3FFA" w:rsidRDefault="007755B7" w:rsidP="007755B7">
      <w:pPr>
        <w:pStyle w:val="BasicParagraph"/>
        <w:suppressAutoHyphens/>
        <w:rPr>
          <w:rFonts w:ascii="Arial" w:hAnsi="Arial" w:cs="Arial"/>
          <w:b/>
          <w:bCs/>
          <w:color w:val="AD122A"/>
          <w:sz w:val="20"/>
          <w:szCs w:val="20"/>
        </w:rPr>
      </w:pPr>
      <w:r w:rsidRPr="009A3FFA">
        <w:rPr>
          <w:rFonts w:ascii="Arial" w:hAnsi="Arial" w:cs="Arial"/>
          <w:b/>
          <w:bCs/>
          <w:color w:val="AD122A"/>
          <w:sz w:val="20"/>
          <w:szCs w:val="20"/>
        </w:rPr>
        <w:t>Name, Credentials</w:t>
      </w:r>
    </w:p>
    <w:p w14:paraId="6A79947E" w14:textId="77777777" w:rsidR="007755B7" w:rsidRPr="009A3FFA" w:rsidRDefault="007755B7" w:rsidP="007755B7">
      <w:pPr>
        <w:pStyle w:val="BasicParagraph"/>
        <w:suppressAutoHyphens/>
        <w:spacing w:after="120"/>
        <w:rPr>
          <w:rFonts w:ascii="Arial" w:hAnsi="Arial" w:cs="Arial"/>
          <w:i/>
          <w:color w:val="000000" w:themeColor="text1"/>
          <w:sz w:val="20"/>
          <w:szCs w:val="20"/>
        </w:rPr>
      </w:pPr>
      <w:r w:rsidRPr="009A3FFA">
        <w:rPr>
          <w:rFonts w:ascii="Arial" w:hAnsi="Arial" w:cs="Arial"/>
          <w:bCs/>
          <w:i/>
          <w:color w:val="000000" w:themeColor="text1"/>
          <w:sz w:val="20"/>
          <w:szCs w:val="20"/>
        </w:rPr>
        <w:t>Pronouns: xxx/xxx/</w:t>
      </w:r>
      <w:proofErr w:type="spellStart"/>
      <w:r w:rsidRPr="009A3FFA">
        <w:rPr>
          <w:rFonts w:ascii="Arial" w:hAnsi="Arial" w:cs="Arial"/>
          <w:bCs/>
          <w:i/>
          <w:color w:val="000000" w:themeColor="text1"/>
          <w:sz w:val="20"/>
          <w:szCs w:val="20"/>
        </w:rPr>
        <w:t>xxxx</w:t>
      </w:r>
      <w:proofErr w:type="spellEnd"/>
    </w:p>
    <w:p w14:paraId="55429B7C" w14:textId="77777777" w:rsidR="007755B7" w:rsidRPr="009A3FFA" w:rsidRDefault="007755B7" w:rsidP="007755B7">
      <w:pPr>
        <w:pStyle w:val="BasicParagraph"/>
        <w:suppressAutoHyphens/>
        <w:rPr>
          <w:rFonts w:ascii="Arial" w:hAnsi="Arial" w:cs="Arial"/>
          <w:b/>
          <w:bCs/>
          <w:color w:val="000000" w:themeColor="text1"/>
          <w:sz w:val="20"/>
          <w:szCs w:val="20"/>
        </w:rPr>
      </w:pPr>
      <w:r w:rsidRPr="009A3FFA">
        <w:rPr>
          <w:rFonts w:ascii="Arial" w:hAnsi="Arial" w:cs="Arial"/>
          <w:b/>
          <w:bCs/>
          <w:color w:val="000000" w:themeColor="text1"/>
          <w:sz w:val="20"/>
          <w:szCs w:val="20"/>
        </w:rPr>
        <w:t>Title</w:t>
      </w:r>
    </w:p>
    <w:p w14:paraId="7753CB98" w14:textId="77777777" w:rsidR="007755B7" w:rsidRPr="009A3FFA" w:rsidRDefault="007755B7" w:rsidP="007755B7">
      <w:pPr>
        <w:pStyle w:val="BasicParagraph"/>
        <w:suppressAutoHyphens/>
        <w:rPr>
          <w:rFonts w:ascii="Arial" w:hAnsi="Arial" w:cs="Arial"/>
          <w:sz w:val="20"/>
          <w:szCs w:val="20"/>
        </w:rPr>
      </w:pPr>
      <w:r w:rsidRPr="009A3FFA">
        <w:rPr>
          <w:rFonts w:ascii="Arial" w:hAnsi="Arial" w:cs="Arial"/>
          <w:sz w:val="20"/>
          <w:szCs w:val="20"/>
        </w:rPr>
        <w:t>Department</w:t>
      </w:r>
    </w:p>
    <w:p w14:paraId="64B68778" w14:textId="77777777" w:rsidR="007755B7" w:rsidRDefault="007755B7" w:rsidP="007755B7">
      <w:pPr>
        <w:pStyle w:val="BasicParagraph"/>
        <w:suppressAutoHyphens/>
        <w:rPr>
          <w:rFonts w:ascii="Arial" w:hAnsi="Arial" w:cs="Arial"/>
          <w:sz w:val="18"/>
          <w:szCs w:val="18"/>
        </w:rPr>
      </w:pPr>
    </w:p>
    <w:p w14:paraId="4977ED2C" w14:textId="77777777" w:rsidR="007755B7" w:rsidRDefault="007755B7" w:rsidP="007755B7">
      <w:pPr>
        <w:pStyle w:val="BasicParagraph"/>
        <w:suppressAutoHyphens/>
        <w:rPr>
          <w:rFonts w:ascii="Arial" w:hAnsi="Arial" w:cs="Arial"/>
          <w:sz w:val="18"/>
          <w:szCs w:val="18"/>
        </w:rPr>
      </w:pPr>
      <w:r>
        <w:rPr>
          <w:rFonts w:ascii="Arial" w:hAnsi="Arial" w:cs="Arial"/>
          <w:noProof/>
          <w:sz w:val="18"/>
          <w:szCs w:val="18"/>
        </w:rPr>
        <w:drawing>
          <wp:inline distT="0" distB="0" distL="0" distR="0" wp14:anchorId="060DE2CA" wp14:editId="3154BE44">
            <wp:extent cx="1740310" cy="535480"/>
            <wp:effectExtent l="0" t="0" r="0" b="0"/>
            <wp:docPr id="1" name="Picture 1" descr="UNM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MC logo"/>
                    <pic:cNvPicPr/>
                  </pic:nvPicPr>
                  <pic:blipFill>
                    <a:blip r:embed="rId8"/>
                    <a:stretch>
                      <a:fillRect/>
                    </a:stretch>
                  </pic:blipFill>
                  <pic:spPr>
                    <a:xfrm>
                      <a:off x="0" y="0"/>
                      <a:ext cx="2063927" cy="635055"/>
                    </a:xfrm>
                    <a:prstGeom prst="rect">
                      <a:avLst/>
                    </a:prstGeom>
                  </pic:spPr>
                </pic:pic>
              </a:graphicData>
            </a:graphic>
          </wp:inline>
        </w:drawing>
      </w:r>
    </w:p>
    <w:p w14:paraId="18D27E03" w14:textId="77777777" w:rsidR="007755B7" w:rsidRPr="005D41A5" w:rsidRDefault="007755B7" w:rsidP="007755B7">
      <w:pPr>
        <w:pStyle w:val="BasicParagraph"/>
        <w:suppressAutoHyphens/>
        <w:rPr>
          <w:rFonts w:ascii="Arial" w:hAnsi="Arial" w:cs="Arial"/>
          <w:sz w:val="18"/>
          <w:szCs w:val="18"/>
        </w:rPr>
      </w:pPr>
    </w:p>
    <w:p w14:paraId="5E390870" w14:textId="77777777" w:rsidR="007755B7" w:rsidRPr="009A3FFA" w:rsidRDefault="007755B7" w:rsidP="007755B7">
      <w:pPr>
        <w:pStyle w:val="BasicParagraph"/>
        <w:suppressAutoHyphens/>
        <w:rPr>
          <w:rFonts w:ascii="Arial" w:hAnsi="Arial" w:cs="Arial"/>
          <w:sz w:val="20"/>
          <w:szCs w:val="20"/>
        </w:rPr>
      </w:pPr>
      <w:r w:rsidRPr="009A3FFA">
        <w:rPr>
          <w:rFonts w:ascii="Arial" w:hAnsi="Arial" w:cs="Arial"/>
          <w:b/>
          <w:bCs/>
          <w:sz w:val="20"/>
          <w:szCs w:val="20"/>
        </w:rPr>
        <w:t>University of Nebraska Medical Center</w:t>
      </w:r>
    </w:p>
    <w:p w14:paraId="4D05983D" w14:textId="77777777" w:rsidR="007755B7" w:rsidRPr="009A3FFA" w:rsidRDefault="007755B7" w:rsidP="007755B7">
      <w:pPr>
        <w:pStyle w:val="BasicParagraph"/>
        <w:suppressAutoHyphens/>
        <w:rPr>
          <w:rFonts w:ascii="Arial" w:hAnsi="Arial" w:cs="Arial"/>
          <w:sz w:val="20"/>
          <w:szCs w:val="20"/>
        </w:rPr>
      </w:pPr>
      <w:proofErr w:type="gramStart"/>
      <w:r w:rsidRPr="009A3FFA">
        <w:rPr>
          <w:rFonts w:ascii="Arial" w:hAnsi="Arial" w:cs="Arial"/>
          <w:sz w:val="20"/>
          <w:szCs w:val="20"/>
        </w:rPr>
        <w:t>Address  |</w:t>
      </w:r>
      <w:proofErr w:type="gramEnd"/>
      <w:r w:rsidRPr="009A3FFA">
        <w:rPr>
          <w:rFonts w:ascii="Arial" w:hAnsi="Arial" w:cs="Arial"/>
          <w:sz w:val="20"/>
          <w:szCs w:val="20"/>
        </w:rPr>
        <w:t xml:space="preserve">  City, ST Zip</w:t>
      </w:r>
    </w:p>
    <w:p w14:paraId="6AAE370C" w14:textId="77777777" w:rsidR="007755B7" w:rsidRPr="009A3FFA" w:rsidRDefault="007755B7" w:rsidP="007755B7">
      <w:pPr>
        <w:pStyle w:val="BasicParagraph"/>
        <w:suppressAutoHyphens/>
        <w:rPr>
          <w:rFonts w:ascii="Arial" w:hAnsi="Arial" w:cs="Arial"/>
          <w:sz w:val="20"/>
          <w:szCs w:val="20"/>
        </w:rPr>
      </w:pPr>
      <w:proofErr w:type="gramStart"/>
      <w:r w:rsidRPr="009A3FFA">
        <w:rPr>
          <w:rFonts w:ascii="Arial" w:hAnsi="Arial" w:cs="Arial"/>
          <w:sz w:val="20"/>
          <w:szCs w:val="20"/>
        </w:rPr>
        <w:t>402.000.0000  |</w:t>
      </w:r>
      <w:proofErr w:type="gramEnd"/>
      <w:r w:rsidRPr="009A3FFA">
        <w:rPr>
          <w:rFonts w:ascii="Arial" w:hAnsi="Arial" w:cs="Arial"/>
          <w:sz w:val="20"/>
          <w:szCs w:val="20"/>
        </w:rPr>
        <w:t xml:space="preserve">  fax 402.000.0000</w:t>
      </w:r>
    </w:p>
    <w:p w14:paraId="3882ADDD" w14:textId="77777777" w:rsidR="007755B7" w:rsidRPr="009A3FFA" w:rsidRDefault="007755B7" w:rsidP="007755B7">
      <w:pPr>
        <w:pStyle w:val="BasicParagraph"/>
        <w:suppressAutoHyphens/>
        <w:rPr>
          <w:rFonts w:ascii="Arial" w:hAnsi="Arial" w:cs="Arial"/>
          <w:color w:val="005EA2"/>
          <w:sz w:val="20"/>
          <w:szCs w:val="20"/>
        </w:rPr>
      </w:pPr>
      <w:r w:rsidRPr="009A3FFA">
        <w:rPr>
          <w:rFonts w:ascii="Arial" w:hAnsi="Arial" w:cs="Arial"/>
          <w:color w:val="005EA2"/>
          <w:sz w:val="20"/>
          <w:szCs w:val="20"/>
          <w:u w:val="thick"/>
        </w:rPr>
        <w:t>Email Address</w:t>
      </w:r>
    </w:p>
    <w:p w14:paraId="0854BD59" w14:textId="77777777" w:rsidR="007755B7" w:rsidRPr="009A3FFA" w:rsidRDefault="007755B7" w:rsidP="007755B7">
      <w:pPr>
        <w:pStyle w:val="BasicParagraph"/>
        <w:suppressAutoHyphens/>
        <w:rPr>
          <w:rFonts w:ascii="Arial" w:hAnsi="Arial" w:cs="Arial"/>
          <w:color w:val="005EA2"/>
          <w:sz w:val="20"/>
          <w:szCs w:val="20"/>
        </w:rPr>
      </w:pPr>
    </w:p>
    <w:p w14:paraId="091FF8CD" w14:textId="77777777" w:rsidR="00FC64CC" w:rsidRPr="009A3FFA" w:rsidRDefault="00FC64CC" w:rsidP="00FC64CC">
      <w:pPr>
        <w:rPr>
          <w:rFonts w:cs="Arial"/>
          <w:color w:val="005EA2"/>
          <w:sz w:val="20"/>
          <w:szCs w:val="20"/>
          <w:u w:val="thick"/>
        </w:rPr>
      </w:pPr>
      <w:hyperlink r:id="rId15" w:history="1">
        <w:r w:rsidRPr="009A3FFA">
          <w:rPr>
            <w:rStyle w:val="Hyperlink"/>
            <w:sz w:val="20"/>
            <w:szCs w:val="20"/>
          </w:rPr>
          <w:t>UNMC</w:t>
        </w:r>
      </w:hyperlink>
      <w:r w:rsidRPr="009A3FFA">
        <w:rPr>
          <w:rFonts w:cs="Arial"/>
          <w:color w:val="005EA2"/>
          <w:sz w:val="20"/>
          <w:szCs w:val="20"/>
        </w:rPr>
        <w:t xml:space="preserve"> | </w:t>
      </w:r>
      <w:hyperlink r:id="rId16" w:history="1">
        <w:r w:rsidRPr="009A3FFA">
          <w:rPr>
            <w:rStyle w:val="Hyperlink"/>
            <w:sz w:val="20"/>
            <w:szCs w:val="20"/>
          </w:rPr>
          <w:t>Facebook</w:t>
        </w:r>
      </w:hyperlink>
      <w:r w:rsidRPr="009A3FFA">
        <w:rPr>
          <w:rFonts w:cs="Arial"/>
          <w:color w:val="005EA2"/>
          <w:sz w:val="20"/>
          <w:szCs w:val="20"/>
        </w:rPr>
        <w:t xml:space="preserve"> | </w:t>
      </w:r>
      <w:hyperlink r:id="rId17" w:history="1">
        <w:r w:rsidRPr="009A3FFA">
          <w:rPr>
            <w:rStyle w:val="Hyperlink"/>
            <w:sz w:val="20"/>
            <w:szCs w:val="20"/>
          </w:rPr>
          <w:t>X</w:t>
        </w:r>
      </w:hyperlink>
      <w:r w:rsidRPr="009A3FFA">
        <w:rPr>
          <w:rFonts w:cs="Arial"/>
          <w:color w:val="005EA2"/>
          <w:sz w:val="20"/>
          <w:szCs w:val="20"/>
        </w:rPr>
        <w:t xml:space="preserve"> | </w:t>
      </w:r>
      <w:hyperlink r:id="rId18" w:history="1">
        <w:r w:rsidRPr="009A3FFA">
          <w:rPr>
            <w:rStyle w:val="Hyperlink"/>
            <w:sz w:val="20"/>
            <w:szCs w:val="20"/>
          </w:rPr>
          <w:t>Instagram</w:t>
        </w:r>
      </w:hyperlink>
      <w:r w:rsidRPr="009A3FFA">
        <w:rPr>
          <w:rFonts w:cs="Arial"/>
          <w:color w:val="005EA2"/>
          <w:sz w:val="20"/>
          <w:szCs w:val="20"/>
        </w:rPr>
        <w:t xml:space="preserve"> | </w:t>
      </w:r>
      <w:hyperlink r:id="rId19" w:history="1">
        <w:r w:rsidRPr="009A3FFA">
          <w:rPr>
            <w:rStyle w:val="Hyperlink"/>
            <w:sz w:val="20"/>
            <w:szCs w:val="20"/>
          </w:rPr>
          <w:t>YouTube</w:t>
        </w:r>
      </w:hyperlink>
      <w:r w:rsidRPr="009A3FFA">
        <w:rPr>
          <w:rFonts w:cs="Arial"/>
          <w:color w:val="005EA2"/>
          <w:sz w:val="20"/>
          <w:szCs w:val="20"/>
        </w:rPr>
        <w:t xml:space="preserve"> | </w:t>
      </w:r>
      <w:hyperlink r:id="rId20" w:history="1">
        <w:r w:rsidRPr="009A3FFA">
          <w:rPr>
            <w:rStyle w:val="Hyperlink"/>
            <w:sz w:val="20"/>
            <w:szCs w:val="20"/>
          </w:rPr>
          <w:t>Bluesky</w:t>
        </w:r>
      </w:hyperlink>
    </w:p>
    <w:p w14:paraId="2044990C" w14:textId="77777777" w:rsidR="00E23C46" w:rsidRDefault="00E23C46" w:rsidP="007755B7"/>
    <w:p w14:paraId="5F2466D0" w14:textId="77777777" w:rsidR="009A3FFA" w:rsidRDefault="009A3FFA" w:rsidP="00E23C46">
      <w:pPr>
        <w:rPr>
          <w:rFonts w:cs="Arial"/>
          <w:b/>
          <w:sz w:val="28"/>
          <w:szCs w:val="28"/>
        </w:rPr>
      </w:pPr>
    </w:p>
    <w:p w14:paraId="6253AA66" w14:textId="02144840" w:rsidR="00E23C46" w:rsidRPr="005A0A34" w:rsidRDefault="00E23C46" w:rsidP="00E23C46">
      <w:pPr>
        <w:rPr>
          <w:rFonts w:cs="Arial"/>
        </w:rPr>
      </w:pPr>
      <w:r w:rsidRPr="0018435C">
        <w:rPr>
          <w:rFonts w:cs="Arial"/>
          <w:b/>
          <w:sz w:val="28"/>
          <w:szCs w:val="28"/>
        </w:rPr>
        <w:t>Email Signature Template</w:t>
      </w:r>
      <w:r>
        <w:rPr>
          <w:rFonts w:cs="Arial"/>
          <w:b/>
          <w:sz w:val="28"/>
          <w:szCs w:val="28"/>
        </w:rPr>
        <w:t xml:space="preserve"> (without logo):</w:t>
      </w:r>
    </w:p>
    <w:p w14:paraId="3EBCE44B" w14:textId="77777777" w:rsidR="00E23C46" w:rsidRPr="009A3FFA" w:rsidRDefault="00E23C46" w:rsidP="00E23C46">
      <w:pPr>
        <w:pStyle w:val="BasicParagraph"/>
        <w:suppressAutoHyphens/>
        <w:rPr>
          <w:rFonts w:ascii="Arial" w:hAnsi="Arial" w:cs="Arial"/>
          <w:color w:val="AD122A"/>
          <w:sz w:val="20"/>
          <w:szCs w:val="20"/>
        </w:rPr>
      </w:pPr>
      <w:r w:rsidRPr="009A3FFA">
        <w:rPr>
          <w:rFonts w:ascii="Arial" w:hAnsi="Arial" w:cs="Arial"/>
          <w:b/>
          <w:bCs/>
          <w:color w:val="AD122A"/>
          <w:sz w:val="20"/>
          <w:szCs w:val="20"/>
        </w:rPr>
        <w:t>Name, Credentials</w:t>
      </w:r>
    </w:p>
    <w:p w14:paraId="6F8EF7E5" w14:textId="77777777" w:rsidR="00E23C46" w:rsidRPr="009A3FFA" w:rsidRDefault="00E23C46" w:rsidP="00E23C46">
      <w:pPr>
        <w:pStyle w:val="BasicParagraph"/>
        <w:suppressAutoHyphens/>
        <w:rPr>
          <w:rFonts w:ascii="Arial" w:hAnsi="Arial" w:cs="Arial"/>
          <w:b/>
          <w:bCs/>
          <w:color w:val="000000" w:themeColor="text1"/>
          <w:sz w:val="20"/>
          <w:szCs w:val="20"/>
        </w:rPr>
      </w:pPr>
      <w:r w:rsidRPr="009A3FFA">
        <w:rPr>
          <w:rFonts w:ascii="Arial" w:hAnsi="Arial" w:cs="Arial"/>
          <w:b/>
          <w:bCs/>
          <w:color w:val="000000" w:themeColor="text1"/>
          <w:sz w:val="20"/>
          <w:szCs w:val="20"/>
        </w:rPr>
        <w:t>Title</w:t>
      </w:r>
    </w:p>
    <w:p w14:paraId="5AC9068C" w14:textId="77777777" w:rsidR="00E23C46" w:rsidRPr="009A3FFA" w:rsidRDefault="00E23C46" w:rsidP="00E23C46">
      <w:pPr>
        <w:pStyle w:val="BasicParagraph"/>
        <w:suppressAutoHyphens/>
        <w:rPr>
          <w:rFonts w:ascii="Arial" w:hAnsi="Arial" w:cs="Arial"/>
          <w:sz w:val="20"/>
          <w:szCs w:val="20"/>
        </w:rPr>
      </w:pPr>
      <w:r w:rsidRPr="009A3FFA">
        <w:rPr>
          <w:rFonts w:ascii="Arial" w:hAnsi="Arial" w:cs="Arial"/>
          <w:sz w:val="20"/>
          <w:szCs w:val="20"/>
        </w:rPr>
        <w:t>Department</w:t>
      </w:r>
    </w:p>
    <w:p w14:paraId="6D0D1A86" w14:textId="77777777" w:rsidR="00E23C46" w:rsidRPr="009A3FFA" w:rsidRDefault="00E23C46" w:rsidP="00E23C46">
      <w:pPr>
        <w:pStyle w:val="BasicParagraph"/>
        <w:suppressAutoHyphens/>
        <w:rPr>
          <w:rFonts w:ascii="Arial" w:hAnsi="Arial" w:cs="Arial"/>
          <w:sz w:val="20"/>
          <w:szCs w:val="20"/>
        </w:rPr>
      </w:pPr>
    </w:p>
    <w:p w14:paraId="2ABF7593" w14:textId="77777777" w:rsidR="00E23C46" w:rsidRPr="009A3FFA" w:rsidRDefault="00E23C46" w:rsidP="00E23C46">
      <w:pPr>
        <w:pStyle w:val="BasicParagraph"/>
        <w:suppressAutoHyphens/>
        <w:rPr>
          <w:rFonts w:ascii="Arial" w:hAnsi="Arial" w:cs="Arial"/>
          <w:sz w:val="20"/>
          <w:szCs w:val="20"/>
        </w:rPr>
      </w:pPr>
      <w:r w:rsidRPr="009A3FFA">
        <w:rPr>
          <w:rFonts w:ascii="Arial" w:hAnsi="Arial" w:cs="Arial"/>
          <w:b/>
          <w:bCs/>
          <w:sz w:val="20"/>
          <w:szCs w:val="20"/>
        </w:rPr>
        <w:t>University of Nebraska Medical Center</w:t>
      </w:r>
    </w:p>
    <w:p w14:paraId="0E0E5BA7" w14:textId="77777777" w:rsidR="00E23C46" w:rsidRPr="009A3FFA" w:rsidRDefault="00E23C46" w:rsidP="00E23C46">
      <w:pPr>
        <w:pStyle w:val="BasicParagraph"/>
        <w:suppressAutoHyphens/>
        <w:rPr>
          <w:rFonts w:ascii="Arial" w:hAnsi="Arial" w:cs="Arial"/>
          <w:sz w:val="20"/>
          <w:szCs w:val="20"/>
        </w:rPr>
      </w:pPr>
      <w:proofErr w:type="gramStart"/>
      <w:r w:rsidRPr="009A3FFA">
        <w:rPr>
          <w:rFonts w:ascii="Arial" w:hAnsi="Arial" w:cs="Arial"/>
          <w:sz w:val="20"/>
          <w:szCs w:val="20"/>
        </w:rPr>
        <w:t>Address  |</w:t>
      </w:r>
      <w:proofErr w:type="gramEnd"/>
      <w:r w:rsidRPr="009A3FFA">
        <w:rPr>
          <w:rFonts w:ascii="Arial" w:hAnsi="Arial" w:cs="Arial"/>
          <w:sz w:val="20"/>
          <w:szCs w:val="20"/>
        </w:rPr>
        <w:t xml:space="preserve">  City, ST Zip</w:t>
      </w:r>
    </w:p>
    <w:p w14:paraId="57DEC193" w14:textId="77777777" w:rsidR="00E23C46" w:rsidRPr="009A3FFA" w:rsidRDefault="00E23C46" w:rsidP="00E23C46">
      <w:pPr>
        <w:pStyle w:val="BasicParagraph"/>
        <w:suppressAutoHyphens/>
        <w:rPr>
          <w:rFonts w:ascii="Arial" w:hAnsi="Arial" w:cs="Arial"/>
          <w:sz w:val="20"/>
          <w:szCs w:val="20"/>
        </w:rPr>
      </w:pPr>
      <w:proofErr w:type="gramStart"/>
      <w:r w:rsidRPr="009A3FFA">
        <w:rPr>
          <w:rFonts w:ascii="Arial" w:hAnsi="Arial" w:cs="Arial"/>
          <w:sz w:val="20"/>
          <w:szCs w:val="20"/>
        </w:rPr>
        <w:t>402.000.0000  |</w:t>
      </w:r>
      <w:proofErr w:type="gramEnd"/>
      <w:r w:rsidRPr="009A3FFA">
        <w:rPr>
          <w:rFonts w:ascii="Arial" w:hAnsi="Arial" w:cs="Arial"/>
          <w:sz w:val="20"/>
          <w:szCs w:val="20"/>
        </w:rPr>
        <w:t xml:space="preserve">  fax 402.000.0000</w:t>
      </w:r>
    </w:p>
    <w:p w14:paraId="17B50F2E" w14:textId="77777777" w:rsidR="00E23C46" w:rsidRPr="009A3FFA" w:rsidRDefault="00E23C46" w:rsidP="00E23C46">
      <w:pPr>
        <w:pStyle w:val="BasicParagraph"/>
        <w:suppressAutoHyphens/>
        <w:rPr>
          <w:rFonts w:ascii="Arial" w:hAnsi="Arial" w:cs="Arial"/>
          <w:color w:val="005EA2"/>
          <w:sz w:val="20"/>
          <w:szCs w:val="20"/>
        </w:rPr>
      </w:pPr>
      <w:r w:rsidRPr="009A3FFA">
        <w:rPr>
          <w:rFonts w:ascii="Arial" w:hAnsi="Arial" w:cs="Arial"/>
          <w:color w:val="005EA2"/>
          <w:sz w:val="20"/>
          <w:szCs w:val="20"/>
          <w:u w:val="thick"/>
        </w:rPr>
        <w:t>Email Address</w:t>
      </w:r>
    </w:p>
    <w:p w14:paraId="181404F8" w14:textId="77777777" w:rsidR="00E23C46" w:rsidRPr="009A3FFA" w:rsidRDefault="00E23C46" w:rsidP="00E23C46">
      <w:pPr>
        <w:pStyle w:val="BasicParagraph"/>
        <w:suppressAutoHyphens/>
        <w:rPr>
          <w:rFonts w:ascii="Arial" w:hAnsi="Arial" w:cs="Arial"/>
          <w:color w:val="005EA2"/>
          <w:sz w:val="20"/>
          <w:szCs w:val="20"/>
        </w:rPr>
      </w:pPr>
    </w:p>
    <w:p w14:paraId="2A987AF5" w14:textId="77777777" w:rsidR="00FC64CC" w:rsidRPr="009A3FFA" w:rsidRDefault="00FC64CC" w:rsidP="00FC64CC">
      <w:pPr>
        <w:rPr>
          <w:rFonts w:cs="Arial"/>
          <w:color w:val="005EA2"/>
          <w:sz w:val="20"/>
          <w:szCs w:val="20"/>
          <w:u w:val="thick"/>
        </w:rPr>
      </w:pPr>
      <w:hyperlink r:id="rId21" w:history="1">
        <w:r w:rsidRPr="009A3FFA">
          <w:rPr>
            <w:rStyle w:val="Hyperlink"/>
            <w:sz w:val="20"/>
            <w:szCs w:val="20"/>
          </w:rPr>
          <w:t>UNMC</w:t>
        </w:r>
      </w:hyperlink>
      <w:r w:rsidRPr="009A3FFA">
        <w:rPr>
          <w:rFonts w:cs="Arial"/>
          <w:color w:val="005EA2"/>
          <w:sz w:val="20"/>
          <w:szCs w:val="20"/>
        </w:rPr>
        <w:t xml:space="preserve"> | </w:t>
      </w:r>
      <w:hyperlink r:id="rId22" w:history="1">
        <w:r w:rsidRPr="009A3FFA">
          <w:rPr>
            <w:rStyle w:val="Hyperlink"/>
            <w:sz w:val="20"/>
            <w:szCs w:val="20"/>
          </w:rPr>
          <w:t>Facebook</w:t>
        </w:r>
      </w:hyperlink>
      <w:r w:rsidRPr="009A3FFA">
        <w:rPr>
          <w:rFonts w:cs="Arial"/>
          <w:color w:val="005EA2"/>
          <w:sz w:val="20"/>
          <w:szCs w:val="20"/>
        </w:rPr>
        <w:t xml:space="preserve"> | </w:t>
      </w:r>
      <w:hyperlink r:id="rId23" w:history="1">
        <w:r w:rsidRPr="009A3FFA">
          <w:rPr>
            <w:rStyle w:val="Hyperlink"/>
            <w:sz w:val="20"/>
            <w:szCs w:val="20"/>
          </w:rPr>
          <w:t>X</w:t>
        </w:r>
      </w:hyperlink>
      <w:r w:rsidRPr="009A3FFA">
        <w:rPr>
          <w:rFonts w:cs="Arial"/>
          <w:color w:val="005EA2"/>
          <w:sz w:val="20"/>
          <w:szCs w:val="20"/>
        </w:rPr>
        <w:t xml:space="preserve"> | </w:t>
      </w:r>
      <w:hyperlink r:id="rId24" w:history="1">
        <w:r w:rsidRPr="009A3FFA">
          <w:rPr>
            <w:rStyle w:val="Hyperlink"/>
            <w:sz w:val="20"/>
            <w:szCs w:val="20"/>
          </w:rPr>
          <w:t>Instagram</w:t>
        </w:r>
      </w:hyperlink>
      <w:r w:rsidRPr="009A3FFA">
        <w:rPr>
          <w:rFonts w:cs="Arial"/>
          <w:color w:val="005EA2"/>
          <w:sz w:val="20"/>
          <w:szCs w:val="20"/>
        </w:rPr>
        <w:t xml:space="preserve"> | </w:t>
      </w:r>
      <w:hyperlink r:id="rId25" w:history="1">
        <w:r w:rsidRPr="009A3FFA">
          <w:rPr>
            <w:rStyle w:val="Hyperlink"/>
            <w:sz w:val="20"/>
            <w:szCs w:val="20"/>
          </w:rPr>
          <w:t>YouTube</w:t>
        </w:r>
      </w:hyperlink>
      <w:r w:rsidRPr="009A3FFA">
        <w:rPr>
          <w:rFonts w:cs="Arial"/>
          <w:color w:val="005EA2"/>
          <w:sz w:val="20"/>
          <w:szCs w:val="20"/>
        </w:rPr>
        <w:t xml:space="preserve"> | </w:t>
      </w:r>
      <w:hyperlink r:id="rId26" w:history="1">
        <w:r w:rsidRPr="009A3FFA">
          <w:rPr>
            <w:rStyle w:val="Hyperlink"/>
            <w:sz w:val="20"/>
            <w:szCs w:val="20"/>
          </w:rPr>
          <w:t>Bluesky</w:t>
        </w:r>
      </w:hyperlink>
    </w:p>
    <w:p w14:paraId="37C02B8E" w14:textId="77777777" w:rsidR="00E23C46" w:rsidRDefault="00E23C46" w:rsidP="007755B7">
      <w:pPr>
        <w:rPr>
          <w:color w:val="005EA2"/>
        </w:rPr>
      </w:pPr>
    </w:p>
    <w:p w14:paraId="2F30454D" w14:textId="77777777" w:rsidR="009A3FFA" w:rsidRDefault="009A3FFA" w:rsidP="007755B7">
      <w:pPr>
        <w:rPr>
          <w:rFonts w:cs="Arial"/>
          <w:b/>
          <w:sz w:val="28"/>
          <w:szCs w:val="28"/>
        </w:rPr>
      </w:pPr>
    </w:p>
    <w:p w14:paraId="39E39BB2" w14:textId="12890FCF" w:rsidR="007755B7" w:rsidRPr="0018435C" w:rsidRDefault="007755B7" w:rsidP="007755B7">
      <w:pPr>
        <w:rPr>
          <w:rFonts w:cs="Arial"/>
          <w:color w:val="0000FF"/>
          <w:sz w:val="28"/>
          <w:szCs w:val="28"/>
          <w:lang w:val="en"/>
        </w:rPr>
      </w:pPr>
      <w:r w:rsidRPr="0018435C">
        <w:rPr>
          <w:rFonts w:cs="Arial"/>
          <w:b/>
          <w:sz w:val="28"/>
          <w:szCs w:val="28"/>
        </w:rPr>
        <w:t>Email Signature Template</w:t>
      </w:r>
      <w:r>
        <w:rPr>
          <w:rFonts w:cs="Arial"/>
          <w:b/>
          <w:sz w:val="28"/>
          <w:szCs w:val="28"/>
        </w:rPr>
        <w:t xml:space="preserve"> (without logo/with optional pronouns):</w:t>
      </w:r>
    </w:p>
    <w:p w14:paraId="6BD8D068" w14:textId="77777777" w:rsidR="007755B7" w:rsidRPr="009A3FFA" w:rsidRDefault="007755B7" w:rsidP="007755B7">
      <w:pPr>
        <w:pStyle w:val="BasicParagraph"/>
        <w:suppressAutoHyphens/>
        <w:rPr>
          <w:rFonts w:ascii="Arial" w:hAnsi="Arial" w:cs="Arial"/>
          <w:b/>
          <w:bCs/>
          <w:color w:val="AD122A"/>
          <w:sz w:val="20"/>
          <w:szCs w:val="20"/>
        </w:rPr>
      </w:pPr>
      <w:r w:rsidRPr="009A3FFA">
        <w:rPr>
          <w:rFonts w:ascii="Arial" w:hAnsi="Arial" w:cs="Arial"/>
          <w:b/>
          <w:bCs/>
          <w:color w:val="AD122A"/>
          <w:sz w:val="20"/>
          <w:szCs w:val="20"/>
        </w:rPr>
        <w:t>Name, Credentials</w:t>
      </w:r>
    </w:p>
    <w:p w14:paraId="77C01054" w14:textId="77777777" w:rsidR="007755B7" w:rsidRPr="009A3FFA" w:rsidRDefault="007755B7" w:rsidP="007755B7">
      <w:pPr>
        <w:pStyle w:val="BasicParagraph"/>
        <w:suppressAutoHyphens/>
        <w:spacing w:after="120"/>
        <w:rPr>
          <w:rFonts w:ascii="Arial" w:hAnsi="Arial" w:cs="Arial"/>
          <w:i/>
          <w:color w:val="000000" w:themeColor="text1"/>
          <w:sz w:val="20"/>
          <w:szCs w:val="20"/>
        </w:rPr>
      </w:pPr>
      <w:r w:rsidRPr="009A3FFA">
        <w:rPr>
          <w:rFonts w:ascii="Arial" w:hAnsi="Arial" w:cs="Arial"/>
          <w:bCs/>
          <w:i/>
          <w:color w:val="000000" w:themeColor="text1"/>
          <w:sz w:val="20"/>
          <w:szCs w:val="20"/>
        </w:rPr>
        <w:t>Pronouns: xxx/xxx/</w:t>
      </w:r>
      <w:proofErr w:type="spellStart"/>
      <w:r w:rsidRPr="009A3FFA">
        <w:rPr>
          <w:rFonts w:ascii="Arial" w:hAnsi="Arial" w:cs="Arial"/>
          <w:bCs/>
          <w:i/>
          <w:color w:val="000000" w:themeColor="text1"/>
          <w:sz w:val="20"/>
          <w:szCs w:val="20"/>
        </w:rPr>
        <w:t>xxxx</w:t>
      </w:r>
      <w:proofErr w:type="spellEnd"/>
    </w:p>
    <w:p w14:paraId="1E3F4B99" w14:textId="77777777" w:rsidR="007755B7" w:rsidRPr="009A3FFA" w:rsidRDefault="007755B7" w:rsidP="007755B7">
      <w:pPr>
        <w:pStyle w:val="BasicParagraph"/>
        <w:suppressAutoHyphens/>
        <w:rPr>
          <w:rFonts w:ascii="Arial" w:hAnsi="Arial" w:cs="Arial"/>
          <w:b/>
          <w:bCs/>
          <w:color w:val="000000" w:themeColor="text1"/>
          <w:sz w:val="20"/>
          <w:szCs w:val="20"/>
        </w:rPr>
      </w:pPr>
      <w:r w:rsidRPr="009A3FFA">
        <w:rPr>
          <w:rFonts w:ascii="Arial" w:hAnsi="Arial" w:cs="Arial"/>
          <w:b/>
          <w:bCs/>
          <w:color w:val="000000" w:themeColor="text1"/>
          <w:sz w:val="20"/>
          <w:szCs w:val="20"/>
        </w:rPr>
        <w:t>Title</w:t>
      </w:r>
    </w:p>
    <w:p w14:paraId="7D43E167" w14:textId="77777777" w:rsidR="007755B7" w:rsidRPr="009A3FFA" w:rsidRDefault="007755B7" w:rsidP="007755B7">
      <w:pPr>
        <w:pStyle w:val="BasicParagraph"/>
        <w:suppressAutoHyphens/>
        <w:rPr>
          <w:rFonts w:ascii="Arial" w:hAnsi="Arial" w:cs="Arial"/>
          <w:sz w:val="20"/>
          <w:szCs w:val="20"/>
        </w:rPr>
      </w:pPr>
      <w:r w:rsidRPr="009A3FFA">
        <w:rPr>
          <w:rFonts w:ascii="Arial" w:hAnsi="Arial" w:cs="Arial"/>
          <w:sz w:val="20"/>
          <w:szCs w:val="20"/>
        </w:rPr>
        <w:t>Department</w:t>
      </w:r>
    </w:p>
    <w:p w14:paraId="302B2ECB" w14:textId="77777777" w:rsidR="007755B7" w:rsidRPr="009A3FFA" w:rsidRDefault="007755B7" w:rsidP="007755B7">
      <w:pPr>
        <w:pStyle w:val="BasicParagraph"/>
        <w:suppressAutoHyphens/>
        <w:rPr>
          <w:rFonts w:ascii="Arial" w:hAnsi="Arial" w:cs="Arial"/>
          <w:sz w:val="20"/>
          <w:szCs w:val="20"/>
        </w:rPr>
      </w:pPr>
    </w:p>
    <w:p w14:paraId="03AEFDB0" w14:textId="77777777" w:rsidR="007755B7" w:rsidRPr="009A3FFA" w:rsidRDefault="007755B7" w:rsidP="007755B7">
      <w:pPr>
        <w:pStyle w:val="BasicParagraph"/>
        <w:suppressAutoHyphens/>
        <w:rPr>
          <w:rFonts w:ascii="Arial" w:hAnsi="Arial" w:cs="Arial"/>
          <w:sz w:val="20"/>
          <w:szCs w:val="20"/>
        </w:rPr>
      </w:pPr>
      <w:r w:rsidRPr="009A3FFA">
        <w:rPr>
          <w:rFonts w:ascii="Arial" w:hAnsi="Arial" w:cs="Arial"/>
          <w:b/>
          <w:bCs/>
          <w:sz w:val="20"/>
          <w:szCs w:val="20"/>
        </w:rPr>
        <w:t>University of Nebraska Medical Center</w:t>
      </w:r>
    </w:p>
    <w:p w14:paraId="6B46F78A" w14:textId="77777777" w:rsidR="007755B7" w:rsidRPr="009A3FFA" w:rsidRDefault="007755B7" w:rsidP="007755B7">
      <w:pPr>
        <w:pStyle w:val="BasicParagraph"/>
        <w:suppressAutoHyphens/>
        <w:rPr>
          <w:rFonts w:ascii="Arial" w:hAnsi="Arial" w:cs="Arial"/>
          <w:sz w:val="20"/>
          <w:szCs w:val="20"/>
        </w:rPr>
      </w:pPr>
      <w:proofErr w:type="gramStart"/>
      <w:r w:rsidRPr="009A3FFA">
        <w:rPr>
          <w:rFonts w:ascii="Arial" w:hAnsi="Arial" w:cs="Arial"/>
          <w:sz w:val="20"/>
          <w:szCs w:val="20"/>
        </w:rPr>
        <w:t>Address  |</w:t>
      </w:r>
      <w:proofErr w:type="gramEnd"/>
      <w:r w:rsidRPr="009A3FFA">
        <w:rPr>
          <w:rFonts w:ascii="Arial" w:hAnsi="Arial" w:cs="Arial"/>
          <w:sz w:val="20"/>
          <w:szCs w:val="20"/>
        </w:rPr>
        <w:t xml:space="preserve">  City, ST Zip</w:t>
      </w:r>
    </w:p>
    <w:p w14:paraId="1C936897" w14:textId="77777777" w:rsidR="007755B7" w:rsidRPr="009A3FFA" w:rsidRDefault="007755B7" w:rsidP="007755B7">
      <w:pPr>
        <w:pStyle w:val="BasicParagraph"/>
        <w:suppressAutoHyphens/>
        <w:rPr>
          <w:rFonts w:ascii="Arial" w:hAnsi="Arial" w:cs="Arial"/>
          <w:sz w:val="20"/>
          <w:szCs w:val="20"/>
        </w:rPr>
      </w:pPr>
      <w:proofErr w:type="gramStart"/>
      <w:r w:rsidRPr="009A3FFA">
        <w:rPr>
          <w:rFonts w:ascii="Arial" w:hAnsi="Arial" w:cs="Arial"/>
          <w:sz w:val="20"/>
          <w:szCs w:val="20"/>
        </w:rPr>
        <w:t>402.000.0000  |</w:t>
      </w:r>
      <w:proofErr w:type="gramEnd"/>
      <w:r w:rsidRPr="009A3FFA">
        <w:rPr>
          <w:rFonts w:ascii="Arial" w:hAnsi="Arial" w:cs="Arial"/>
          <w:sz w:val="20"/>
          <w:szCs w:val="20"/>
        </w:rPr>
        <w:t xml:space="preserve">  fax 402.000.0000</w:t>
      </w:r>
    </w:p>
    <w:p w14:paraId="5E201B48" w14:textId="77777777" w:rsidR="007755B7" w:rsidRPr="009A3FFA" w:rsidRDefault="007755B7" w:rsidP="007755B7">
      <w:pPr>
        <w:pStyle w:val="BasicParagraph"/>
        <w:suppressAutoHyphens/>
        <w:rPr>
          <w:rFonts w:ascii="Arial" w:hAnsi="Arial" w:cs="Arial"/>
          <w:color w:val="005EA2"/>
          <w:sz w:val="20"/>
          <w:szCs w:val="20"/>
        </w:rPr>
      </w:pPr>
      <w:r w:rsidRPr="009A3FFA">
        <w:rPr>
          <w:rFonts w:ascii="Arial" w:hAnsi="Arial" w:cs="Arial"/>
          <w:color w:val="005EA2"/>
          <w:sz w:val="20"/>
          <w:szCs w:val="20"/>
          <w:u w:val="thick"/>
        </w:rPr>
        <w:t>Email Address</w:t>
      </w:r>
    </w:p>
    <w:p w14:paraId="10C37C5D" w14:textId="77777777" w:rsidR="007755B7" w:rsidRPr="009A3FFA" w:rsidRDefault="007755B7" w:rsidP="007755B7">
      <w:pPr>
        <w:pStyle w:val="BasicParagraph"/>
        <w:suppressAutoHyphens/>
        <w:rPr>
          <w:rFonts w:ascii="Arial" w:hAnsi="Arial" w:cs="Arial"/>
          <w:color w:val="005EA2"/>
          <w:sz w:val="20"/>
          <w:szCs w:val="20"/>
        </w:rPr>
      </w:pPr>
    </w:p>
    <w:p w14:paraId="36B1E278" w14:textId="77777777" w:rsidR="00FC64CC" w:rsidRPr="009A3FFA" w:rsidRDefault="00FC64CC" w:rsidP="00FC64CC">
      <w:pPr>
        <w:rPr>
          <w:rFonts w:cs="Arial"/>
          <w:color w:val="005EA2"/>
          <w:sz w:val="20"/>
          <w:szCs w:val="20"/>
          <w:u w:val="thick"/>
        </w:rPr>
      </w:pPr>
      <w:hyperlink r:id="rId27" w:history="1">
        <w:r w:rsidRPr="009A3FFA">
          <w:rPr>
            <w:rStyle w:val="Hyperlink"/>
            <w:sz w:val="20"/>
            <w:szCs w:val="20"/>
          </w:rPr>
          <w:t>UNMC</w:t>
        </w:r>
      </w:hyperlink>
      <w:r w:rsidRPr="009A3FFA">
        <w:rPr>
          <w:rFonts w:cs="Arial"/>
          <w:color w:val="005EA2"/>
          <w:sz w:val="20"/>
          <w:szCs w:val="20"/>
        </w:rPr>
        <w:t xml:space="preserve"> | </w:t>
      </w:r>
      <w:hyperlink r:id="rId28" w:history="1">
        <w:r w:rsidRPr="009A3FFA">
          <w:rPr>
            <w:rStyle w:val="Hyperlink"/>
            <w:sz w:val="20"/>
            <w:szCs w:val="20"/>
          </w:rPr>
          <w:t>Facebook</w:t>
        </w:r>
      </w:hyperlink>
      <w:r w:rsidRPr="009A3FFA">
        <w:rPr>
          <w:rFonts w:cs="Arial"/>
          <w:color w:val="005EA2"/>
          <w:sz w:val="20"/>
          <w:szCs w:val="20"/>
        </w:rPr>
        <w:t xml:space="preserve"> | </w:t>
      </w:r>
      <w:hyperlink r:id="rId29" w:history="1">
        <w:r w:rsidRPr="009A3FFA">
          <w:rPr>
            <w:rStyle w:val="Hyperlink"/>
            <w:sz w:val="20"/>
            <w:szCs w:val="20"/>
          </w:rPr>
          <w:t>X</w:t>
        </w:r>
      </w:hyperlink>
      <w:r w:rsidRPr="009A3FFA">
        <w:rPr>
          <w:rFonts w:cs="Arial"/>
          <w:color w:val="005EA2"/>
          <w:sz w:val="20"/>
          <w:szCs w:val="20"/>
        </w:rPr>
        <w:t xml:space="preserve"> | </w:t>
      </w:r>
      <w:hyperlink r:id="rId30" w:history="1">
        <w:r w:rsidRPr="009A3FFA">
          <w:rPr>
            <w:rStyle w:val="Hyperlink"/>
            <w:sz w:val="20"/>
            <w:szCs w:val="20"/>
          </w:rPr>
          <w:t>Instagram</w:t>
        </w:r>
      </w:hyperlink>
      <w:r w:rsidRPr="009A3FFA">
        <w:rPr>
          <w:rFonts w:cs="Arial"/>
          <w:color w:val="005EA2"/>
          <w:sz w:val="20"/>
          <w:szCs w:val="20"/>
        </w:rPr>
        <w:t xml:space="preserve"> | </w:t>
      </w:r>
      <w:hyperlink r:id="rId31" w:history="1">
        <w:r w:rsidRPr="009A3FFA">
          <w:rPr>
            <w:rStyle w:val="Hyperlink"/>
            <w:sz w:val="20"/>
            <w:szCs w:val="20"/>
          </w:rPr>
          <w:t>YouTube</w:t>
        </w:r>
      </w:hyperlink>
      <w:r w:rsidRPr="009A3FFA">
        <w:rPr>
          <w:rFonts w:cs="Arial"/>
          <w:color w:val="005EA2"/>
          <w:sz w:val="20"/>
          <w:szCs w:val="20"/>
        </w:rPr>
        <w:t xml:space="preserve"> | </w:t>
      </w:r>
      <w:hyperlink r:id="rId32" w:history="1">
        <w:r w:rsidRPr="009A3FFA">
          <w:rPr>
            <w:rStyle w:val="Hyperlink"/>
            <w:sz w:val="20"/>
            <w:szCs w:val="20"/>
          </w:rPr>
          <w:t>Bluesky</w:t>
        </w:r>
      </w:hyperlink>
    </w:p>
    <w:p w14:paraId="6AD2CE6B" w14:textId="77777777" w:rsidR="007755B7" w:rsidRPr="007701BF" w:rsidRDefault="007755B7" w:rsidP="007755B7">
      <w:pPr>
        <w:rPr>
          <w:rFonts w:cs="Arial"/>
          <w:color w:val="129DBF"/>
          <w:u w:val="thick"/>
        </w:rPr>
      </w:pPr>
    </w:p>
    <w:p w14:paraId="3445DBED" w14:textId="77777777" w:rsidR="007755B7" w:rsidRPr="007701BF" w:rsidRDefault="007755B7" w:rsidP="007755B7">
      <w:pPr>
        <w:rPr>
          <w:rFonts w:cs="Arial"/>
        </w:rPr>
      </w:pPr>
      <w:r w:rsidRPr="007701BF">
        <w:rPr>
          <w:rFonts w:cs="Arial"/>
        </w:rPr>
        <w:lastRenderedPageBreak/>
        <w:t xml:space="preserve">If hyperlinks do not transfer, utilize this list to set up the links: </w:t>
      </w:r>
    </w:p>
    <w:p w14:paraId="7712F314" w14:textId="77777777" w:rsidR="007755B7" w:rsidRPr="007701BF" w:rsidRDefault="007755B7" w:rsidP="007755B7">
      <w:pPr>
        <w:pStyle w:val="ListParagraph"/>
        <w:numPr>
          <w:ilvl w:val="0"/>
          <w:numId w:val="10"/>
        </w:numPr>
        <w:spacing w:after="0" w:line="240" w:lineRule="auto"/>
        <w:rPr>
          <w:rFonts w:cs="Arial"/>
          <w:color w:val="005EA2"/>
        </w:rPr>
      </w:pPr>
      <w:hyperlink r:id="rId33" w:history="1">
        <w:r w:rsidRPr="007701BF">
          <w:rPr>
            <w:rStyle w:val="Hyperlink"/>
            <w:rFonts w:cs="Arial"/>
          </w:rPr>
          <w:t>http://www.unmc.edu/</w:t>
        </w:r>
      </w:hyperlink>
    </w:p>
    <w:p w14:paraId="2D043A42" w14:textId="77777777" w:rsidR="007755B7" w:rsidRPr="007701BF" w:rsidRDefault="007755B7" w:rsidP="007755B7">
      <w:pPr>
        <w:pStyle w:val="ListParagraph"/>
        <w:numPr>
          <w:ilvl w:val="0"/>
          <w:numId w:val="10"/>
        </w:numPr>
        <w:spacing w:after="0" w:line="240" w:lineRule="auto"/>
        <w:rPr>
          <w:rFonts w:cs="Arial"/>
          <w:color w:val="005EA2"/>
        </w:rPr>
      </w:pPr>
      <w:hyperlink r:id="rId34" w:history="1">
        <w:r w:rsidRPr="007701BF">
          <w:rPr>
            <w:rStyle w:val="Hyperlink"/>
            <w:rFonts w:cs="Arial"/>
          </w:rPr>
          <w:t>https://www.facebook.com/unmcedu</w:t>
        </w:r>
      </w:hyperlink>
    </w:p>
    <w:p w14:paraId="163BB059" w14:textId="77777777" w:rsidR="007755B7" w:rsidRPr="007701BF" w:rsidRDefault="007755B7" w:rsidP="007755B7">
      <w:pPr>
        <w:pStyle w:val="ListParagraph"/>
        <w:numPr>
          <w:ilvl w:val="0"/>
          <w:numId w:val="10"/>
        </w:numPr>
        <w:spacing w:after="0" w:line="240" w:lineRule="auto"/>
        <w:rPr>
          <w:rFonts w:cs="Arial"/>
          <w:color w:val="005EA2"/>
        </w:rPr>
      </w:pPr>
      <w:hyperlink r:id="rId35" w:history="1">
        <w:r w:rsidRPr="007701BF">
          <w:rPr>
            <w:rStyle w:val="Hyperlink"/>
            <w:rFonts w:cs="Arial"/>
          </w:rPr>
          <w:t>https://x.com/unmc</w:t>
        </w:r>
      </w:hyperlink>
    </w:p>
    <w:p w14:paraId="0AE90CEB" w14:textId="77777777" w:rsidR="007755B7" w:rsidRPr="007701BF" w:rsidRDefault="007755B7" w:rsidP="007755B7">
      <w:pPr>
        <w:pStyle w:val="ListParagraph"/>
        <w:numPr>
          <w:ilvl w:val="0"/>
          <w:numId w:val="10"/>
        </w:numPr>
        <w:spacing w:after="0" w:line="240" w:lineRule="auto"/>
        <w:rPr>
          <w:rFonts w:cs="Arial"/>
          <w:color w:val="005EA2"/>
        </w:rPr>
      </w:pPr>
      <w:hyperlink r:id="rId36" w:history="1">
        <w:r w:rsidRPr="007701BF">
          <w:rPr>
            <w:rStyle w:val="Hyperlink"/>
            <w:rFonts w:cs="Arial"/>
          </w:rPr>
          <w:t>https://instagram.com/iamunmc</w:t>
        </w:r>
      </w:hyperlink>
      <w:r w:rsidRPr="007701BF">
        <w:rPr>
          <w:rFonts w:cs="Arial"/>
          <w:color w:val="005EA2"/>
        </w:rPr>
        <w:t xml:space="preserve"> </w:t>
      </w:r>
    </w:p>
    <w:p w14:paraId="29A14AE5" w14:textId="77777777" w:rsidR="007755B7" w:rsidRPr="007701BF" w:rsidRDefault="007755B7" w:rsidP="007755B7">
      <w:pPr>
        <w:pStyle w:val="ListParagraph"/>
        <w:numPr>
          <w:ilvl w:val="0"/>
          <w:numId w:val="10"/>
        </w:numPr>
        <w:spacing w:after="0" w:line="240" w:lineRule="auto"/>
        <w:rPr>
          <w:rFonts w:cs="Arial"/>
          <w:color w:val="005EA2"/>
        </w:rPr>
      </w:pPr>
      <w:hyperlink r:id="rId37" w:history="1">
        <w:r w:rsidRPr="007701BF">
          <w:rPr>
            <w:rStyle w:val="Hyperlink"/>
            <w:rFonts w:cs="Arial"/>
          </w:rPr>
          <w:t>https://www.youtube.com/user/UNMCEDU</w:t>
        </w:r>
      </w:hyperlink>
    </w:p>
    <w:p w14:paraId="2BC2FD86" w14:textId="77777777" w:rsidR="007755B7" w:rsidRPr="007701BF" w:rsidRDefault="007755B7" w:rsidP="007755B7">
      <w:pPr>
        <w:pStyle w:val="ListParagraph"/>
        <w:numPr>
          <w:ilvl w:val="0"/>
          <w:numId w:val="10"/>
        </w:numPr>
        <w:spacing w:after="0" w:line="240" w:lineRule="auto"/>
        <w:rPr>
          <w:rFonts w:cs="Arial"/>
          <w:color w:val="005EA2"/>
        </w:rPr>
      </w:pPr>
      <w:hyperlink r:id="rId38" w:history="1">
        <w:r w:rsidRPr="007701BF">
          <w:rPr>
            <w:rStyle w:val="Hyperlink"/>
            <w:rFonts w:cs="Arial"/>
          </w:rPr>
          <w:t>https://bsky.app/profile/unmc.bsky.social</w:t>
        </w:r>
      </w:hyperlink>
    </w:p>
    <w:p w14:paraId="3F947F7D" w14:textId="77777777" w:rsidR="007755B7" w:rsidRDefault="007755B7" w:rsidP="00A57EBD"/>
    <w:sectPr w:rsidR="007755B7" w:rsidSect="001A17C0">
      <w:footerReference w:type="even" r:id="rId39"/>
      <w:footerReference w:type="default" r:id="rId40"/>
      <w:pgSz w:w="12240" w:h="15840"/>
      <w:pgMar w:top="843" w:right="1440" w:bottom="858" w:left="1440" w:header="360" w:footer="4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41EC9" w14:textId="77777777" w:rsidR="0031741C" w:rsidRDefault="0031741C" w:rsidP="005040F1">
      <w:pPr>
        <w:spacing w:after="0" w:line="240" w:lineRule="auto"/>
      </w:pPr>
      <w:r>
        <w:separator/>
      </w:r>
    </w:p>
  </w:endnote>
  <w:endnote w:type="continuationSeparator" w:id="0">
    <w:p w14:paraId="27ACE07B" w14:textId="77777777" w:rsidR="0031741C" w:rsidRDefault="0031741C" w:rsidP="0050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8299134"/>
      <w:docPartObj>
        <w:docPartGallery w:val="Page Numbers (Bottom of Page)"/>
        <w:docPartUnique/>
      </w:docPartObj>
    </w:sdtPr>
    <w:sdtContent>
      <w:p w14:paraId="6520BEE4" w14:textId="4C971F3B" w:rsidR="00360EA7" w:rsidRDefault="00360EA7" w:rsidP="001624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47861A5" w14:textId="77777777" w:rsidR="00360EA7" w:rsidRDefault="00360EA7" w:rsidP="00360E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1C713" w14:textId="77777777" w:rsidR="00360EA7" w:rsidRDefault="00360EA7" w:rsidP="00360EA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E0A1B" w14:textId="77777777" w:rsidR="0031741C" w:rsidRDefault="0031741C" w:rsidP="005040F1">
      <w:pPr>
        <w:spacing w:after="0" w:line="240" w:lineRule="auto"/>
      </w:pPr>
      <w:r>
        <w:separator/>
      </w:r>
    </w:p>
  </w:footnote>
  <w:footnote w:type="continuationSeparator" w:id="0">
    <w:p w14:paraId="2BE08922" w14:textId="77777777" w:rsidR="0031741C" w:rsidRDefault="0031741C" w:rsidP="00504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CBE229C"/>
    <w:multiLevelType w:val="hybridMultilevel"/>
    <w:tmpl w:val="EA2E8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6778853">
    <w:abstractNumId w:val="8"/>
  </w:num>
  <w:num w:numId="2" w16cid:durableId="1821917888">
    <w:abstractNumId w:val="6"/>
  </w:num>
  <w:num w:numId="3" w16cid:durableId="61293059">
    <w:abstractNumId w:val="5"/>
  </w:num>
  <w:num w:numId="4" w16cid:durableId="353073194">
    <w:abstractNumId w:val="4"/>
  </w:num>
  <w:num w:numId="5" w16cid:durableId="964655458">
    <w:abstractNumId w:val="7"/>
  </w:num>
  <w:num w:numId="6" w16cid:durableId="1018240865">
    <w:abstractNumId w:val="3"/>
  </w:num>
  <w:num w:numId="7" w16cid:durableId="677318448">
    <w:abstractNumId w:val="2"/>
  </w:num>
  <w:num w:numId="8" w16cid:durableId="733427562">
    <w:abstractNumId w:val="1"/>
  </w:num>
  <w:num w:numId="9" w16cid:durableId="2117869152">
    <w:abstractNumId w:val="0"/>
  </w:num>
  <w:num w:numId="10" w16cid:durableId="6521028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42BD"/>
    <w:rsid w:val="00091FD3"/>
    <w:rsid w:val="000F342C"/>
    <w:rsid w:val="00142A54"/>
    <w:rsid w:val="0015074B"/>
    <w:rsid w:val="00153F0A"/>
    <w:rsid w:val="00187A0B"/>
    <w:rsid w:val="001A17C0"/>
    <w:rsid w:val="001E763D"/>
    <w:rsid w:val="002005D4"/>
    <w:rsid w:val="0029128E"/>
    <w:rsid w:val="0029639D"/>
    <w:rsid w:val="003125C2"/>
    <w:rsid w:val="0031741C"/>
    <w:rsid w:val="00326F90"/>
    <w:rsid w:val="00360EA7"/>
    <w:rsid w:val="003C59E0"/>
    <w:rsid w:val="004A7F10"/>
    <w:rsid w:val="004B3AD8"/>
    <w:rsid w:val="004C09C6"/>
    <w:rsid w:val="004D6093"/>
    <w:rsid w:val="005040F1"/>
    <w:rsid w:val="0059513E"/>
    <w:rsid w:val="005A38B6"/>
    <w:rsid w:val="005D1197"/>
    <w:rsid w:val="005E46B5"/>
    <w:rsid w:val="005E514E"/>
    <w:rsid w:val="006967F0"/>
    <w:rsid w:val="00765B83"/>
    <w:rsid w:val="007755B7"/>
    <w:rsid w:val="007D12F7"/>
    <w:rsid w:val="00807110"/>
    <w:rsid w:val="00830551"/>
    <w:rsid w:val="00836B29"/>
    <w:rsid w:val="008D3B94"/>
    <w:rsid w:val="00972E9B"/>
    <w:rsid w:val="009A3FFA"/>
    <w:rsid w:val="00A14064"/>
    <w:rsid w:val="00A57EBD"/>
    <w:rsid w:val="00AA1D8D"/>
    <w:rsid w:val="00AB2B8E"/>
    <w:rsid w:val="00B245B2"/>
    <w:rsid w:val="00B303D6"/>
    <w:rsid w:val="00B47730"/>
    <w:rsid w:val="00B54756"/>
    <w:rsid w:val="00B947BE"/>
    <w:rsid w:val="00C7277A"/>
    <w:rsid w:val="00CB0664"/>
    <w:rsid w:val="00D52243"/>
    <w:rsid w:val="00D707CC"/>
    <w:rsid w:val="00D7169D"/>
    <w:rsid w:val="00D85094"/>
    <w:rsid w:val="00E01DFE"/>
    <w:rsid w:val="00E23C46"/>
    <w:rsid w:val="00E35B41"/>
    <w:rsid w:val="00E41DA4"/>
    <w:rsid w:val="00E95914"/>
    <w:rsid w:val="00EF07A2"/>
    <w:rsid w:val="00F03DCF"/>
    <w:rsid w:val="00FC64CC"/>
    <w:rsid w:val="00FC693F"/>
    <w:rsid w:val="00FD7545"/>
    <w:rsid w:val="00FF4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9690DC"/>
  <w14:defaultImageDpi w14:val="300"/>
  <w15:docId w15:val="{B9505DFE-8A13-9040-A554-AA258517A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064"/>
    <w:pPr>
      <w:spacing w:after="120"/>
    </w:pPr>
    <w:rPr>
      <w:rFonts w:ascii="Arial" w:hAnsi="Arial"/>
    </w:rPr>
  </w:style>
  <w:style w:type="paragraph" w:styleId="Heading1">
    <w:name w:val="heading 1"/>
    <w:basedOn w:val="Normal"/>
    <w:next w:val="Normal"/>
    <w:link w:val="Heading1Char"/>
    <w:uiPriority w:val="9"/>
    <w:qFormat/>
    <w:rsid w:val="00D707CC"/>
    <w:pPr>
      <w:keepNext/>
      <w:keepLines/>
      <w:spacing w:before="360"/>
      <w:outlineLvl w:val="0"/>
    </w:pPr>
    <w:rPr>
      <w:rFonts w:asciiTheme="majorHAnsi" w:eastAsiaTheme="majorEastAsia" w:hAnsiTheme="majorHAnsi" w:cstheme="majorBidi"/>
      <w:b/>
      <w:bCs/>
      <w:color w:val="000000" w:themeColor="text1"/>
      <w:sz w:val="32"/>
      <w:szCs w:val="28"/>
    </w:rPr>
  </w:style>
  <w:style w:type="paragraph" w:styleId="Heading2">
    <w:name w:val="heading 2"/>
    <w:basedOn w:val="Normal"/>
    <w:next w:val="Normal"/>
    <w:link w:val="Heading2Char"/>
    <w:uiPriority w:val="9"/>
    <w:unhideWhenUsed/>
    <w:qFormat/>
    <w:rsid w:val="00E95914"/>
    <w:pPr>
      <w:keepNext/>
      <w:keepLines/>
      <w:spacing w:before="280" w:after="8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rsid w:val="004B3AD8"/>
    <w:pPr>
      <w:keepNext/>
      <w:keepLines/>
      <w:spacing w:before="200" w:after="4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rsid w:val="00E95914"/>
    <w:pPr>
      <w:keepNext/>
      <w:keepLines/>
      <w:spacing w:before="200" w:after="4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rsid w:val="00E95914"/>
    <w:pPr>
      <w:keepNext/>
      <w:keepLines/>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4B3AD8"/>
    <w:pPr>
      <w:keepNext/>
      <w:keepLines/>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3AD8"/>
    <w:pPr>
      <w:keepNext/>
      <w:keepLines/>
      <w:spacing w:before="200" w:after="0"/>
      <w:outlineLvl w:val="7"/>
    </w:pPr>
    <w:rPr>
      <w:rFonts w:asciiTheme="majorHAnsi" w:eastAsiaTheme="majorEastAsia" w:hAnsiTheme="majorHAnsi" w:cstheme="majorBidi"/>
      <w:color w:val="000000" w:themeColor="tex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360EA7"/>
    <w:pPr>
      <w:tabs>
        <w:tab w:val="center" w:pos="4680"/>
        <w:tab w:val="right" w:pos="9360"/>
      </w:tabs>
      <w:spacing w:after="0" w:line="240" w:lineRule="auto"/>
      <w:jc w:val="right"/>
    </w:pPr>
    <w:rPr>
      <w:sz w:val="16"/>
    </w:rPr>
  </w:style>
  <w:style w:type="character" w:customStyle="1" w:styleId="FooterChar">
    <w:name w:val="Footer Char"/>
    <w:basedOn w:val="DefaultParagraphFont"/>
    <w:link w:val="Footer"/>
    <w:uiPriority w:val="99"/>
    <w:rsid w:val="00360EA7"/>
    <w:rPr>
      <w:rFonts w:ascii="Arial" w:hAnsi="Arial"/>
      <w:sz w:val="16"/>
    </w:rPr>
  </w:style>
  <w:style w:type="paragraph" w:styleId="NoSpacing">
    <w:name w:val="No Spacing"/>
    <w:uiPriority w:val="1"/>
    <w:rsid w:val="00FC693F"/>
    <w:pPr>
      <w:spacing w:after="0" w:line="240" w:lineRule="auto"/>
    </w:pPr>
  </w:style>
  <w:style w:type="character" w:customStyle="1" w:styleId="Heading1Char">
    <w:name w:val="Heading 1 Char"/>
    <w:basedOn w:val="DefaultParagraphFont"/>
    <w:link w:val="Heading1"/>
    <w:uiPriority w:val="9"/>
    <w:rsid w:val="00D707CC"/>
    <w:rPr>
      <w:rFonts w:asciiTheme="majorHAnsi" w:eastAsiaTheme="majorEastAsia" w:hAnsiTheme="majorHAnsi" w:cstheme="majorBidi"/>
      <w:b/>
      <w:bCs/>
      <w:color w:val="000000" w:themeColor="text1"/>
      <w:sz w:val="32"/>
      <w:szCs w:val="28"/>
    </w:rPr>
  </w:style>
  <w:style w:type="character" w:customStyle="1" w:styleId="Heading2Char">
    <w:name w:val="Heading 2 Char"/>
    <w:basedOn w:val="DefaultParagraphFont"/>
    <w:link w:val="Heading2"/>
    <w:uiPriority w:val="9"/>
    <w:rsid w:val="00E95914"/>
    <w:rPr>
      <w:rFonts w:asciiTheme="majorHAnsi" w:eastAsiaTheme="majorEastAsia" w:hAnsiTheme="majorHAnsi" w:cstheme="majorBidi"/>
      <w:b/>
      <w:bCs/>
      <w:color w:val="000000" w:themeColor="text1"/>
      <w:sz w:val="26"/>
      <w:szCs w:val="26"/>
    </w:rPr>
  </w:style>
  <w:style w:type="character" w:customStyle="1" w:styleId="Heading3Char">
    <w:name w:val="Heading 3 Char"/>
    <w:basedOn w:val="DefaultParagraphFont"/>
    <w:link w:val="Heading3"/>
    <w:uiPriority w:val="9"/>
    <w:rsid w:val="004B3AD8"/>
    <w:rPr>
      <w:rFonts w:asciiTheme="majorHAnsi" w:eastAsiaTheme="majorEastAsia" w:hAnsiTheme="majorHAnsi" w:cstheme="majorBidi"/>
      <w:b/>
      <w:bCs/>
      <w:color w:val="000000" w:themeColor="text1"/>
    </w:rPr>
  </w:style>
  <w:style w:type="paragraph" w:styleId="Title">
    <w:name w:val="Title"/>
    <w:basedOn w:val="Normal"/>
    <w:next w:val="Normal"/>
    <w:link w:val="TitleChar"/>
    <w:uiPriority w:val="10"/>
    <w:qFormat/>
    <w:rsid w:val="00FD7545"/>
    <w:pPr>
      <w:spacing w:before="240" w:after="240" w:line="240" w:lineRule="auto"/>
      <w:contextualSpacing/>
    </w:pPr>
    <w:rPr>
      <w:rFonts w:asciiTheme="majorHAnsi" w:eastAsiaTheme="majorEastAsia" w:hAnsiTheme="majorHAnsi" w:cstheme="majorBidi"/>
      <w:b/>
      <w:color w:val="AD122A" w:themeColor="accent1"/>
      <w:spacing w:val="5"/>
      <w:kern w:val="28"/>
      <w:sz w:val="48"/>
      <w:szCs w:val="52"/>
    </w:rPr>
  </w:style>
  <w:style w:type="character" w:customStyle="1" w:styleId="TitleChar">
    <w:name w:val="Title Char"/>
    <w:basedOn w:val="DefaultParagraphFont"/>
    <w:link w:val="Title"/>
    <w:uiPriority w:val="10"/>
    <w:rsid w:val="00FD7545"/>
    <w:rPr>
      <w:rFonts w:asciiTheme="majorHAnsi" w:eastAsiaTheme="majorEastAsia" w:hAnsiTheme="majorHAnsi" w:cstheme="majorBidi"/>
      <w:b/>
      <w:color w:val="AD122A" w:themeColor="accent1"/>
      <w:spacing w:val="5"/>
      <w:kern w:val="28"/>
      <w:sz w:val="48"/>
      <w:szCs w:val="52"/>
    </w:rPr>
  </w:style>
  <w:style w:type="paragraph" w:styleId="Subtitle">
    <w:name w:val="Subtitle"/>
    <w:basedOn w:val="Normal"/>
    <w:next w:val="Normal"/>
    <w:link w:val="SubtitleChar"/>
    <w:uiPriority w:val="11"/>
    <w:qFormat/>
    <w:rsid w:val="00E95914"/>
    <w:pPr>
      <w:numPr>
        <w:ilvl w:val="1"/>
      </w:numPr>
    </w:pPr>
    <w:rPr>
      <w:rFonts w:asciiTheme="majorHAnsi" w:eastAsiaTheme="majorEastAsia" w:hAnsiTheme="majorHAnsi" w:cstheme="majorBidi"/>
      <w:i/>
      <w:iCs/>
      <w:color w:val="000000" w:themeColor="text1"/>
      <w:spacing w:val="15"/>
      <w:sz w:val="24"/>
      <w:szCs w:val="24"/>
    </w:rPr>
  </w:style>
  <w:style w:type="character" w:customStyle="1" w:styleId="SubtitleChar">
    <w:name w:val="Subtitle Char"/>
    <w:basedOn w:val="DefaultParagraphFont"/>
    <w:link w:val="Subtitle"/>
    <w:uiPriority w:val="11"/>
    <w:rsid w:val="00E95914"/>
    <w:rPr>
      <w:rFonts w:asciiTheme="majorHAnsi" w:eastAsiaTheme="majorEastAsia" w:hAnsiTheme="majorHAnsi" w:cstheme="majorBidi"/>
      <w:i/>
      <w:iCs/>
      <w:color w:val="000000" w:themeColor="tex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qFormat/>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qFormat/>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E95914"/>
    <w:rPr>
      <w:rFonts w:asciiTheme="majorHAnsi" w:eastAsiaTheme="majorEastAsia" w:hAnsiTheme="majorHAnsi" w:cstheme="majorBidi"/>
      <w:b/>
      <w:bCs/>
      <w:i/>
      <w:iCs/>
      <w:color w:val="000000" w:themeColor="text1"/>
      <w:sz w:val="21"/>
    </w:rPr>
  </w:style>
  <w:style w:type="character" w:customStyle="1" w:styleId="Heading5Char">
    <w:name w:val="Heading 5 Char"/>
    <w:basedOn w:val="DefaultParagraphFont"/>
    <w:link w:val="Heading5"/>
    <w:uiPriority w:val="9"/>
    <w:semiHidden/>
    <w:rsid w:val="00E95914"/>
    <w:rPr>
      <w:rFonts w:asciiTheme="majorHAnsi" w:eastAsiaTheme="majorEastAsia" w:hAnsiTheme="majorHAnsi" w:cstheme="majorBidi"/>
      <w:color w:val="000000" w:themeColor="text1"/>
      <w:sz w:val="21"/>
    </w:rPr>
  </w:style>
  <w:style w:type="character" w:customStyle="1" w:styleId="Heading6Char">
    <w:name w:val="Heading 6 Char"/>
    <w:basedOn w:val="DefaultParagraphFont"/>
    <w:link w:val="Heading6"/>
    <w:uiPriority w:val="9"/>
    <w:semiHidden/>
    <w:rsid w:val="004B3AD8"/>
    <w:rPr>
      <w:rFonts w:asciiTheme="majorHAnsi" w:eastAsiaTheme="majorEastAsia" w:hAnsiTheme="majorHAnsi" w:cstheme="majorBidi"/>
      <w:i/>
      <w:iCs/>
      <w:color w:val="000000" w:themeColor="text1"/>
      <w:sz w:val="21"/>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3AD8"/>
    <w:rPr>
      <w:rFonts w:asciiTheme="majorHAnsi" w:eastAsiaTheme="majorEastAsia" w:hAnsiTheme="majorHAnsi" w:cstheme="majorBidi"/>
      <w:color w:val="000000" w:themeColor="tex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14064"/>
    <w:pPr>
      <w:spacing w:line="240" w:lineRule="auto"/>
    </w:pPr>
    <w:rPr>
      <w:bCs/>
      <w:i/>
      <w:color w:val="000000" w:themeColor="tex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187A0B"/>
    <w:pPr>
      <w:pBdr>
        <w:top w:val="single" w:sz="4" w:space="1" w:color="AD122A" w:themeColor="accent1"/>
        <w:bottom w:val="single" w:sz="4" w:space="4" w:color="AD122A" w:themeColor="accent1"/>
      </w:pBdr>
      <w:spacing w:before="200" w:after="280"/>
      <w:ind w:left="936" w:right="936"/>
    </w:pPr>
    <w:rPr>
      <w:bCs/>
      <w:i/>
      <w:iCs/>
      <w:color w:val="000000" w:themeColor="text1"/>
    </w:rPr>
  </w:style>
  <w:style w:type="character" w:customStyle="1" w:styleId="IntenseQuoteChar">
    <w:name w:val="Intense Quote Char"/>
    <w:basedOn w:val="DefaultParagraphFont"/>
    <w:link w:val="IntenseQuote"/>
    <w:uiPriority w:val="30"/>
    <w:rsid w:val="00187A0B"/>
    <w:rPr>
      <w:rFonts w:ascii="Arial" w:hAnsi="Arial"/>
      <w:bCs/>
      <w:i/>
      <w:iCs/>
      <w:color w:val="000000" w:themeColor="text1"/>
      <w:sz w:val="2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5D1197"/>
    <w:rPr>
      <w:b/>
      <w:bCs/>
      <w:i/>
      <w:iCs/>
      <w:color w:val="000000" w:themeColor="text1"/>
    </w:rPr>
  </w:style>
  <w:style w:type="character" w:styleId="SubtleReference">
    <w:name w:val="Subtle Reference"/>
    <w:basedOn w:val="DefaultParagraphFont"/>
    <w:uiPriority w:val="31"/>
    <w:qFormat/>
    <w:rsid w:val="00187A0B"/>
    <w:rPr>
      <w:smallCaps/>
      <w:color w:val="000000" w:themeColor="text1"/>
      <w:u w:val="none"/>
      <w:bdr w:val="none" w:sz="0" w:space="0" w:color="auto"/>
    </w:rPr>
  </w:style>
  <w:style w:type="character" w:styleId="IntenseReference">
    <w:name w:val="Intense Reference"/>
    <w:basedOn w:val="DefaultParagraphFont"/>
    <w:uiPriority w:val="32"/>
    <w:qFormat/>
    <w:rsid w:val="00187A0B"/>
    <w:rPr>
      <w:b/>
      <w:bCs/>
      <w:smallCaps/>
      <w:color w:val="000000" w:themeColor="text1"/>
      <w:spacing w:val="5"/>
      <w:u w:val="non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810D1F" w:themeColor="accent1" w:themeShade="BF"/>
    </w:rPr>
    <w:tblPr>
      <w:tblStyleRowBandSize w:val="1"/>
      <w:tblStyleColBandSize w:val="1"/>
      <w:tblBorders>
        <w:top w:val="single" w:sz="8" w:space="0" w:color="AD122A" w:themeColor="accent1"/>
        <w:bottom w:val="single" w:sz="8" w:space="0" w:color="AD122A" w:themeColor="accent1"/>
      </w:tblBorders>
    </w:tblPr>
    <w:tblStylePr w:type="firstRow">
      <w:pPr>
        <w:spacing w:before="0" w:after="0" w:line="240" w:lineRule="auto"/>
      </w:pPr>
      <w:rPr>
        <w:b/>
        <w:bCs/>
      </w:rPr>
      <w:tblPr/>
      <w:tcPr>
        <w:tcBorders>
          <w:top w:val="single" w:sz="8" w:space="0" w:color="AD122A" w:themeColor="accent1"/>
          <w:left w:val="nil"/>
          <w:bottom w:val="single" w:sz="8" w:space="0" w:color="AD122A" w:themeColor="accent1"/>
          <w:right w:val="nil"/>
          <w:insideH w:val="nil"/>
          <w:insideV w:val="nil"/>
        </w:tcBorders>
      </w:tcPr>
    </w:tblStylePr>
    <w:tblStylePr w:type="lastRow">
      <w:pPr>
        <w:spacing w:before="0" w:after="0" w:line="240" w:lineRule="auto"/>
      </w:pPr>
      <w:rPr>
        <w:b/>
        <w:bCs/>
      </w:rPr>
      <w:tblPr/>
      <w:tcPr>
        <w:tcBorders>
          <w:top w:val="single" w:sz="8" w:space="0" w:color="AD122A" w:themeColor="accent1"/>
          <w:left w:val="nil"/>
          <w:bottom w:val="single" w:sz="8" w:space="0" w:color="AD122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B7C1" w:themeFill="accent1" w:themeFillTint="3F"/>
      </w:tcPr>
    </w:tblStylePr>
    <w:tblStylePr w:type="band1Horz">
      <w:tblPr/>
      <w:tcPr>
        <w:tcBorders>
          <w:left w:val="nil"/>
          <w:right w:val="nil"/>
          <w:insideH w:val="nil"/>
          <w:insideV w:val="nil"/>
        </w:tcBorders>
        <w:shd w:val="clear" w:color="auto" w:fill="F7B7C1" w:themeFill="accent1" w:themeFillTint="3F"/>
      </w:tcPr>
    </w:tblStylePr>
  </w:style>
  <w:style w:type="table" w:styleId="LightShading-Accent2">
    <w:name w:val="Light Shading Accent 2"/>
    <w:basedOn w:val="TableNormal"/>
    <w:uiPriority w:val="60"/>
    <w:rsid w:val="00FC693F"/>
    <w:pPr>
      <w:spacing w:after="0" w:line="240" w:lineRule="auto"/>
    </w:pPr>
    <w:rPr>
      <w:color w:val="00464A" w:themeColor="accent2" w:themeShade="BF"/>
    </w:rPr>
    <w:tblPr>
      <w:tblStyleRowBandSize w:val="1"/>
      <w:tblStyleColBandSize w:val="1"/>
      <w:tblBorders>
        <w:top w:val="single" w:sz="8" w:space="0" w:color="005E63" w:themeColor="accent2"/>
        <w:bottom w:val="single" w:sz="8" w:space="0" w:color="005E63" w:themeColor="accent2"/>
      </w:tblBorders>
    </w:tblPr>
    <w:tblStylePr w:type="firstRow">
      <w:pPr>
        <w:spacing w:before="0" w:after="0" w:line="240" w:lineRule="auto"/>
      </w:pPr>
      <w:rPr>
        <w:b/>
        <w:bCs/>
      </w:rPr>
      <w:tblPr/>
      <w:tcPr>
        <w:tcBorders>
          <w:top w:val="single" w:sz="8" w:space="0" w:color="005E63" w:themeColor="accent2"/>
          <w:left w:val="nil"/>
          <w:bottom w:val="single" w:sz="8" w:space="0" w:color="005E63" w:themeColor="accent2"/>
          <w:right w:val="nil"/>
          <w:insideH w:val="nil"/>
          <w:insideV w:val="nil"/>
        </w:tcBorders>
      </w:tcPr>
    </w:tblStylePr>
    <w:tblStylePr w:type="lastRow">
      <w:pPr>
        <w:spacing w:before="0" w:after="0" w:line="240" w:lineRule="auto"/>
      </w:pPr>
      <w:rPr>
        <w:b/>
        <w:bCs/>
      </w:rPr>
      <w:tblPr/>
      <w:tcPr>
        <w:tcBorders>
          <w:top w:val="single" w:sz="8" w:space="0" w:color="005E63" w:themeColor="accent2"/>
          <w:left w:val="nil"/>
          <w:bottom w:val="single" w:sz="8" w:space="0" w:color="005E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F9FF" w:themeFill="accent2" w:themeFillTint="3F"/>
      </w:tcPr>
    </w:tblStylePr>
    <w:tblStylePr w:type="band1Horz">
      <w:tblPr/>
      <w:tcPr>
        <w:tcBorders>
          <w:left w:val="nil"/>
          <w:right w:val="nil"/>
          <w:insideH w:val="nil"/>
          <w:insideV w:val="nil"/>
        </w:tcBorders>
        <w:shd w:val="clear" w:color="auto" w:fill="99F9FF" w:themeFill="accent2" w:themeFillTint="3F"/>
      </w:tcPr>
    </w:tblStylePr>
  </w:style>
  <w:style w:type="table" w:styleId="LightShading-Accent3">
    <w:name w:val="Light Shading Accent 3"/>
    <w:basedOn w:val="TableNormal"/>
    <w:uiPriority w:val="60"/>
    <w:rsid w:val="00FC693F"/>
    <w:pPr>
      <w:spacing w:after="0" w:line="240" w:lineRule="auto"/>
    </w:pPr>
    <w:rPr>
      <w:color w:val="00848A" w:themeColor="accent3" w:themeShade="BF"/>
    </w:rPr>
    <w:tblPr>
      <w:tblStyleRowBandSize w:val="1"/>
      <w:tblStyleColBandSize w:val="1"/>
      <w:tblBorders>
        <w:top w:val="single" w:sz="8" w:space="0" w:color="00B2B9" w:themeColor="accent3"/>
        <w:bottom w:val="single" w:sz="8" w:space="0" w:color="00B2B9" w:themeColor="accent3"/>
      </w:tblBorders>
    </w:tblPr>
    <w:tblStylePr w:type="firstRow">
      <w:pPr>
        <w:spacing w:before="0" w:after="0" w:line="240" w:lineRule="auto"/>
      </w:pPr>
      <w:rPr>
        <w:b/>
        <w:bCs/>
      </w:rPr>
      <w:tblPr/>
      <w:tcPr>
        <w:tcBorders>
          <w:top w:val="single" w:sz="8" w:space="0" w:color="00B2B9" w:themeColor="accent3"/>
          <w:left w:val="nil"/>
          <w:bottom w:val="single" w:sz="8" w:space="0" w:color="00B2B9" w:themeColor="accent3"/>
          <w:right w:val="nil"/>
          <w:insideH w:val="nil"/>
          <w:insideV w:val="nil"/>
        </w:tcBorders>
      </w:tcPr>
    </w:tblStylePr>
    <w:tblStylePr w:type="lastRow">
      <w:pPr>
        <w:spacing w:before="0" w:after="0" w:line="240" w:lineRule="auto"/>
      </w:pPr>
      <w:rPr>
        <w:b/>
        <w:bCs/>
      </w:rPr>
      <w:tblPr/>
      <w:tcPr>
        <w:tcBorders>
          <w:top w:val="single" w:sz="8" w:space="0" w:color="00B2B9" w:themeColor="accent3"/>
          <w:left w:val="nil"/>
          <w:bottom w:val="single" w:sz="8" w:space="0" w:color="00B2B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FBFF" w:themeFill="accent3" w:themeFillTint="3F"/>
      </w:tcPr>
    </w:tblStylePr>
    <w:tblStylePr w:type="band1Horz">
      <w:tblPr/>
      <w:tcPr>
        <w:tcBorders>
          <w:left w:val="nil"/>
          <w:right w:val="nil"/>
          <w:insideH w:val="nil"/>
          <w:insideV w:val="nil"/>
        </w:tcBorders>
        <w:shd w:val="clear" w:color="auto" w:fill="AEFBFF" w:themeFill="accent3" w:themeFillTint="3F"/>
      </w:tcPr>
    </w:tblStylePr>
  </w:style>
  <w:style w:type="table" w:styleId="LightShading-Accent4">
    <w:name w:val="Light Shading Accent 4"/>
    <w:basedOn w:val="TableNormal"/>
    <w:uiPriority w:val="60"/>
    <w:rsid w:val="00FC693F"/>
    <w:pPr>
      <w:spacing w:after="0" w:line="240" w:lineRule="auto"/>
    </w:pPr>
    <w:rPr>
      <w:color w:val="0D748E" w:themeColor="accent4" w:themeShade="BF"/>
    </w:rPr>
    <w:tblPr>
      <w:tblStyleRowBandSize w:val="1"/>
      <w:tblStyleColBandSize w:val="1"/>
      <w:tblBorders>
        <w:top w:val="single" w:sz="8" w:space="0" w:color="129DBF" w:themeColor="accent4"/>
        <w:bottom w:val="single" w:sz="8" w:space="0" w:color="129DBF" w:themeColor="accent4"/>
      </w:tblBorders>
    </w:tblPr>
    <w:tblStylePr w:type="firstRow">
      <w:pPr>
        <w:spacing w:before="0" w:after="0" w:line="240" w:lineRule="auto"/>
      </w:pPr>
      <w:rPr>
        <w:b/>
        <w:bCs/>
      </w:rPr>
      <w:tblPr/>
      <w:tcPr>
        <w:tcBorders>
          <w:top w:val="single" w:sz="8" w:space="0" w:color="129DBF" w:themeColor="accent4"/>
          <w:left w:val="nil"/>
          <w:bottom w:val="single" w:sz="8" w:space="0" w:color="129DBF" w:themeColor="accent4"/>
          <w:right w:val="nil"/>
          <w:insideH w:val="nil"/>
          <w:insideV w:val="nil"/>
        </w:tcBorders>
      </w:tcPr>
    </w:tblStylePr>
    <w:tblStylePr w:type="lastRow">
      <w:pPr>
        <w:spacing w:before="0" w:after="0" w:line="240" w:lineRule="auto"/>
      </w:pPr>
      <w:rPr>
        <w:b/>
        <w:bCs/>
      </w:rPr>
      <w:tblPr/>
      <w:tcPr>
        <w:tcBorders>
          <w:top w:val="single" w:sz="8" w:space="0" w:color="129DBF" w:themeColor="accent4"/>
          <w:left w:val="nil"/>
          <w:bottom w:val="single" w:sz="8" w:space="0" w:color="129DB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ECF8" w:themeFill="accent4" w:themeFillTint="3F"/>
      </w:tcPr>
    </w:tblStylePr>
    <w:tblStylePr w:type="band1Horz">
      <w:tblPr/>
      <w:tcPr>
        <w:tcBorders>
          <w:left w:val="nil"/>
          <w:right w:val="nil"/>
          <w:insideH w:val="nil"/>
          <w:insideV w:val="nil"/>
        </w:tcBorders>
        <w:shd w:val="clear" w:color="auto" w:fill="BAECF8" w:themeFill="accent4" w:themeFillTint="3F"/>
      </w:tcPr>
    </w:tblStylePr>
  </w:style>
  <w:style w:type="table" w:styleId="LightShading-Accent5">
    <w:name w:val="Light Shading Accent 5"/>
    <w:basedOn w:val="TableNormal"/>
    <w:uiPriority w:val="60"/>
    <w:rsid w:val="00FC693F"/>
    <w:pPr>
      <w:spacing w:after="0" w:line="240" w:lineRule="auto"/>
    </w:pPr>
    <w:rPr>
      <w:color w:val="C2480B" w:themeColor="accent5" w:themeShade="BF"/>
    </w:rPr>
    <w:tblPr>
      <w:tblStyleRowBandSize w:val="1"/>
      <w:tblStyleColBandSize w:val="1"/>
      <w:tblBorders>
        <w:top w:val="single" w:sz="8" w:space="0" w:color="F26721" w:themeColor="accent5"/>
        <w:bottom w:val="single" w:sz="8" w:space="0" w:color="F26721" w:themeColor="accent5"/>
      </w:tblBorders>
    </w:tblPr>
    <w:tblStylePr w:type="firstRow">
      <w:pPr>
        <w:spacing w:before="0" w:after="0" w:line="240" w:lineRule="auto"/>
      </w:pPr>
      <w:rPr>
        <w:b/>
        <w:bCs/>
      </w:rPr>
      <w:tblPr/>
      <w:tcPr>
        <w:tcBorders>
          <w:top w:val="single" w:sz="8" w:space="0" w:color="F26721" w:themeColor="accent5"/>
          <w:left w:val="nil"/>
          <w:bottom w:val="single" w:sz="8" w:space="0" w:color="F26721" w:themeColor="accent5"/>
          <w:right w:val="nil"/>
          <w:insideH w:val="nil"/>
          <w:insideV w:val="nil"/>
        </w:tcBorders>
      </w:tcPr>
    </w:tblStylePr>
    <w:tblStylePr w:type="lastRow">
      <w:pPr>
        <w:spacing w:before="0" w:after="0" w:line="240" w:lineRule="auto"/>
      </w:pPr>
      <w:rPr>
        <w:b/>
        <w:bCs/>
      </w:rPr>
      <w:tblPr/>
      <w:tcPr>
        <w:tcBorders>
          <w:top w:val="single" w:sz="8" w:space="0" w:color="F26721" w:themeColor="accent5"/>
          <w:left w:val="nil"/>
          <w:bottom w:val="single" w:sz="8" w:space="0" w:color="F2672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9C7" w:themeFill="accent5" w:themeFillTint="3F"/>
      </w:tcPr>
    </w:tblStylePr>
    <w:tblStylePr w:type="band1Horz">
      <w:tblPr/>
      <w:tcPr>
        <w:tcBorders>
          <w:left w:val="nil"/>
          <w:right w:val="nil"/>
          <w:insideH w:val="nil"/>
          <w:insideV w:val="nil"/>
        </w:tcBorders>
        <w:shd w:val="clear" w:color="auto" w:fill="FBD9C7" w:themeFill="accent5" w:themeFillTint="3F"/>
      </w:tcPr>
    </w:tblStylePr>
  </w:style>
  <w:style w:type="table" w:styleId="LightShading-Accent6">
    <w:name w:val="Light Shading Accent 6"/>
    <w:basedOn w:val="TableNormal"/>
    <w:uiPriority w:val="60"/>
    <w:rsid w:val="00FC693F"/>
    <w:pPr>
      <w:spacing w:after="0" w:line="240" w:lineRule="auto"/>
    </w:pPr>
    <w:rPr>
      <w:color w:val="C98D02" w:themeColor="accent6" w:themeShade="BF"/>
    </w:rPr>
    <w:tblPr>
      <w:tblStyleRowBandSize w:val="1"/>
      <w:tblStyleColBandSize w:val="1"/>
      <w:tblBorders>
        <w:top w:val="single" w:sz="8" w:space="0" w:color="FCB614" w:themeColor="accent6"/>
        <w:bottom w:val="single" w:sz="8" w:space="0" w:color="FCB614" w:themeColor="accent6"/>
      </w:tblBorders>
    </w:tblPr>
    <w:tblStylePr w:type="firstRow">
      <w:pPr>
        <w:spacing w:before="0" w:after="0" w:line="240" w:lineRule="auto"/>
      </w:pPr>
      <w:rPr>
        <w:b/>
        <w:bCs/>
      </w:rPr>
      <w:tblPr/>
      <w:tcPr>
        <w:tcBorders>
          <w:top w:val="single" w:sz="8" w:space="0" w:color="FCB614" w:themeColor="accent6"/>
          <w:left w:val="nil"/>
          <w:bottom w:val="single" w:sz="8" w:space="0" w:color="FCB614" w:themeColor="accent6"/>
          <w:right w:val="nil"/>
          <w:insideH w:val="nil"/>
          <w:insideV w:val="nil"/>
        </w:tcBorders>
      </w:tcPr>
    </w:tblStylePr>
    <w:tblStylePr w:type="lastRow">
      <w:pPr>
        <w:spacing w:before="0" w:after="0" w:line="240" w:lineRule="auto"/>
      </w:pPr>
      <w:rPr>
        <w:b/>
        <w:bCs/>
      </w:rPr>
      <w:tblPr/>
      <w:tcPr>
        <w:tcBorders>
          <w:top w:val="single" w:sz="8" w:space="0" w:color="FCB614" w:themeColor="accent6"/>
          <w:left w:val="nil"/>
          <w:bottom w:val="single" w:sz="8" w:space="0" w:color="FCB61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CC4" w:themeFill="accent6" w:themeFillTint="3F"/>
      </w:tcPr>
    </w:tblStylePr>
    <w:tblStylePr w:type="band1Horz">
      <w:tblPr/>
      <w:tcPr>
        <w:tcBorders>
          <w:left w:val="nil"/>
          <w:right w:val="nil"/>
          <w:insideH w:val="nil"/>
          <w:insideV w:val="nil"/>
        </w:tcBorders>
        <w:shd w:val="clear" w:color="auto" w:fill="FEECC4"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AD122A" w:themeColor="accent1"/>
        <w:left w:val="single" w:sz="8" w:space="0" w:color="AD122A" w:themeColor="accent1"/>
        <w:bottom w:val="single" w:sz="8" w:space="0" w:color="AD122A" w:themeColor="accent1"/>
        <w:right w:val="single" w:sz="8" w:space="0" w:color="AD122A" w:themeColor="accent1"/>
      </w:tblBorders>
    </w:tblPr>
    <w:tblStylePr w:type="firstRow">
      <w:pPr>
        <w:spacing w:before="0" w:after="0" w:line="240" w:lineRule="auto"/>
      </w:pPr>
      <w:rPr>
        <w:b/>
        <w:bCs/>
        <w:color w:val="FFFFFF" w:themeColor="background1"/>
      </w:rPr>
      <w:tblPr/>
      <w:tcPr>
        <w:shd w:val="clear" w:color="auto" w:fill="AD122A" w:themeFill="accent1"/>
      </w:tcPr>
    </w:tblStylePr>
    <w:tblStylePr w:type="lastRow">
      <w:pPr>
        <w:spacing w:before="0" w:after="0" w:line="240" w:lineRule="auto"/>
      </w:pPr>
      <w:rPr>
        <w:b/>
        <w:bCs/>
      </w:rPr>
      <w:tblPr/>
      <w:tcPr>
        <w:tcBorders>
          <w:top w:val="double" w:sz="6" w:space="0" w:color="AD122A" w:themeColor="accent1"/>
          <w:left w:val="single" w:sz="8" w:space="0" w:color="AD122A" w:themeColor="accent1"/>
          <w:bottom w:val="single" w:sz="8" w:space="0" w:color="AD122A" w:themeColor="accent1"/>
          <w:right w:val="single" w:sz="8" w:space="0" w:color="AD122A" w:themeColor="accent1"/>
        </w:tcBorders>
      </w:tcPr>
    </w:tblStylePr>
    <w:tblStylePr w:type="firstCol">
      <w:rPr>
        <w:b/>
        <w:bCs/>
      </w:rPr>
    </w:tblStylePr>
    <w:tblStylePr w:type="lastCol">
      <w:rPr>
        <w:b/>
        <w:bCs/>
      </w:rPr>
    </w:tblStylePr>
    <w:tblStylePr w:type="band1Vert">
      <w:tblPr/>
      <w:tcPr>
        <w:tcBorders>
          <w:top w:val="single" w:sz="8" w:space="0" w:color="AD122A" w:themeColor="accent1"/>
          <w:left w:val="single" w:sz="8" w:space="0" w:color="AD122A" w:themeColor="accent1"/>
          <w:bottom w:val="single" w:sz="8" w:space="0" w:color="AD122A" w:themeColor="accent1"/>
          <w:right w:val="single" w:sz="8" w:space="0" w:color="AD122A" w:themeColor="accent1"/>
        </w:tcBorders>
      </w:tcPr>
    </w:tblStylePr>
    <w:tblStylePr w:type="band1Horz">
      <w:tblPr/>
      <w:tcPr>
        <w:tcBorders>
          <w:top w:val="single" w:sz="8" w:space="0" w:color="AD122A" w:themeColor="accent1"/>
          <w:left w:val="single" w:sz="8" w:space="0" w:color="AD122A" w:themeColor="accent1"/>
          <w:bottom w:val="single" w:sz="8" w:space="0" w:color="AD122A" w:themeColor="accent1"/>
          <w:right w:val="single" w:sz="8" w:space="0" w:color="AD122A"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005E63" w:themeColor="accent2"/>
        <w:left w:val="single" w:sz="8" w:space="0" w:color="005E63" w:themeColor="accent2"/>
        <w:bottom w:val="single" w:sz="8" w:space="0" w:color="005E63" w:themeColor="accent2"/>
        <w:right w:val="single" w:sz="8" w:space="0" w:color="005E63" w:themeColor="accent2"/>
      </w:tblBorders>
    </w:tblPr>
    <w:tblStylePr w:type="firstRow">
      <w:pPr>
        <w:spacing w:before="0" w:after="0" w:line="240" w:lineRule="auto"/>
      </w:pPr>
      <w:rPr>
        <w:b/>
        <w:bCs/>
        <w:color w:val="FFFFFF" w:themeColor="background1"/>
      </w:rPr>
      <w:tblPr/>
      <w:tcPr>
        <w:shd w:val="clear" w:color="auto" w:fill="005E63" w:themeFill="accent2"/>
      </w:tcPr>
    </w:tblStylePr>
    <w:tblStylePr w:type="lastRow">
      <w:pPr>
        <w:spacing w:before="0" w:after="0" w:line="240" w:lineRule="auto"/>
      </w:pPr>
      <w:rPr>
        <w:b/>
        <w:bCs/>
      </w:rPr>
      <w:tblPr/>
      <w:tcPr>
        <w:tcBorders>
          <w:top w:val="double" w:sz="6" w:space="0" w:color="005E63" w:themeColor="accent2"/>
          <w:left w:val="single" w:sz="8" w:space="0" w:color="005E63" w:themeColor="accent2"/>
          <w:bottom w:val="single" w:sz="8" w:space="0" w:color="005E63" w:themeColor="accent2"/>
          <w:right w:val="single" w:sz="8" w:space="0" w:color="005E63" w:themeColor="accent2"/>
        </w:tcBorders>
      </w:tcPr>
    </w:tblStylePr>
    <w:tblStylePr w:type="firstCol">
      <w:rPr>
        <w:b/>
        <w:bCs/>
      </w:rPr>
    </w:tblStylePr>
    <w:tblStylePr w:type="lastCol">
      <w:rPr>
        <w:b/>
        <w:bCs/>
      </w:rPr>
    </w:tblStylePr>
    <w:tblStylePr w:type="band1Vert">
      <w:tblPr/>
      <w:tcPr>
        <w:tcBorders>
          <w:top w:val="single" w:sz="8" w:space="0" w:color="005E63" w:themeColor="accent2"/>
          <w:left w:val="single" w:sz="8" w:space="0" w:color="005E63" w:themeColor="accent2"/>
          <w:bottom w:val="single" w:sz="8" w:space="0" w:color="005E63" w:themeColor="accent2"/>
          <w:right w:val="single" w:sz="8" w:space="0" w:color="005E63" w:themeColor="accent2"/>
        </w:tcBorders>
      </w:tcPr>
    </w:tblStylePr>
    <w:tblStylePr w:type="band1Horz">
      <w:tblPr/>
      <w:tcPr>
        <w:tcBorders>
          <w:top w:val="single" w:sz="8" w:space="0" w:color="005E63" w:themeColor="accent2"/>
          <w:left w:val="single" w:sz="8" w:space="0" w:color="005E63" w:themeColor="accent2"/>
          <w:bottom w:val="single" w:sz="8" w:space="0" w:color="005E63" w:themeColor="accent2"/>
          <w:right w:val="single" w:sz="8" w:space="0" w:color="005E63"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00B2B9" w:themeColor="accent3"/>
        <w:left w:val="single" w:sz="8" w:space="0" w:color="00B2B9" w:themeColor="accent3"/>
        <w:bottom w:val="single" w:sz="8" w:space="0" w:color="00B2B9" w:themeColor="accent3"/>
        <w:right w:val="single" w:sz="8" w:space="0" w:color="00B2B9" w:themeColor="accent3"/>
      </w:tblBorders>
    </w:tblPr>
    <w:tblStylePr w:type="firstRow">
      <w:pPr>
        <w:spacing w:before="0" w:after="0" w:line="240" w:lineRule="auto"/>
      </w:pPr>
      <w:rPr>
        <w:b/>
        <w:bCs/>
        <w:color w:val="FFFFFF" w:themeColor="background1"/>
      </w:rPr>
      <w:tblPr/>
      <w:tcPr>
        <w:shd w:val="clear" w:color="auto" w:fill="00B2B9" w:themeFill="accent3"/>
      </w:tcPr>
    </w:tblStylePr>
    <w:tblStylePr w:type="lastRow">
      <w:pPr>
        <w:spacing w:before="0" w:after="0" w:line="240" w:lineRule="auto"/>
      </w:pPr>
      <w:rPr>
        <w:b/>
        <w:bCs/>
      </w:rPr>
      <w:tblPr/>
      <w:tcPr>
        <w:tcBorders>
          <w:top w:val="double" w:sz="6" w:space="0" w:color="00B2B9" w:themeColor="accent3"/>
          <w:left w:val="single" w:sz="8" w:space="0" w:color="00B2B9" w:themeColor="accent3"/>
          <w:bottom w:val="single" w:sz="8" w:space="0" w:color="00B2B9" w:themeColor="accent3"/>
          <w:right w:val="single" w:sz="8" w:space="0" w:color="00B2B9" w:themeColor="accent3"/>
        </w:tcBorders>
      </w:tcPr>
    </w:tblStylePr>
    <w:tblStylePr w:type="firstCol">
      <w:rPr>
        <w:b/>
        <w:bCs/>
      </w:rPr>
    </w:tblStylePr>
    <w:tblStylePr w:type="lastCol">
      <w:rPr>
        <w:b/>
        <w:bCs/>
      </w:rPr>
    </w:tblStylePr>
    <w:tblStylePr w:type="band1Vert">
      <w:tblPr/>
      <w:tcPr>
        <w:tcBorders>
          <w:top w:val="single" w:sz="8" w:space="0" w:color="00B2B9" w:themeColor="accent3"/>
          <w:left w:val="single" w:sz="8" w:space="0" w:color="00B2B9" w:themeColor="accent3"/>
          <w:bottom w:val="single" w:sz="8" w:space="0" w:color="00B2B9" w:themeColor="accent3"/>
          <w:right w:val="single" w:sz="8" w:space="0" w:color="00B2B9" w:themeColor="accent3"/>
        </w:tcBorders>
      </w:tcPr>
    </w:tblStylePr>
    <w:tblStylePr w:type="band1Horz">
      <w:tblPr/>
      <w:tcPr>
        <w:tcBorders>
          <w:top w:val="single" w:sz="8" w:space="0" w:color="00B2B9" w:themeColor="accent3"/>
          <w:left w:val="single" w:sz="8" w:space="0" w:color="00B2B9" w:themeColor="accent3"/>
          <w:bottom w:val="single" w:sz="8" w:space="0" w:color="00B2B9" w:themeColor="accent3"/>
          <w:right w:val="single" w:sz="8" w:space="0" w:color="00B2B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129DBF" w:themeColor="accent4"/>
        <w:left w:val="single" w:sz="8" w:space="0" w:color="129DBF" w:themeColor="accent4"/>
        <w:bottom w:val="single" w:sz="8" w:space="0" w:color="129DBF" w:themeColor="accent4"/>
        <w:right w:val="single" w:sz="8" w:space="0" w:color="129DBF" w:themeColor="accent4"/>
      </w:tblBorders>
    </w:tblPr>
    <w:tblStylePr w:type="firstRow">
      <w:pPr>
        <w:spacing w:before="0" w:after="0" w:line="240" w:lineRule="auto"/>
      </w:pPr>
      <w:rPr>
        <w:b/>
        <w:bCs/>
        <w:color w:val="FFFFFF" w:themeColor="background1"/>
      </w:rPr>
      <w:tblPr/>
      <w:tcPr>
        <w:shd w:val="clear" w:color="auto" w:fill="129DBF" w:themeFill="accent4"/>
      </w:tcPr>
    </w:tblStylePr>
    <w:tblStylePr w:type="lastRow">
      <w:pPr>
        <w:spacing w:before="0" w:after="0" w:line="240" w:lineRule="auto"/>
      </w:pPr>
      <w:rPr>
        <w:b/>
        <w:bCs/>
      </w:rPr>
      <w:tblPr/>
      <w:tcPr>
        <w:tcBorders>
          <w:top w:val="double" w:sz="6" w:space="0" w:color="129DBF" w:themeColor="accent4"/>
          <w:left w:val="single" w:sz="8" w:space="0" w:color="129DBF" w:themeColor="accent4"/>
          <w:bottom w:val="single" w:sz="8" w:space="0" w:color="129DBF" w:themeColor="accent4"/>
          <w:right w:val="single" w:sz="8" w:space="0" w:color="129DBF" w:themeColor="accent4"/>
        </w:tcBorders>
      </w:tcPr>
    </w:tblStylePr>
    <w:tblStylePr w:type="firstCol">
      <w:rPr>
        <w:b/>
        <w:bCs/>
      </w:rPr>
    </w:tblStylePr>
    <w:tblStylePr w:type="lastCol">
      <w:rPr>
        <w:b/>
        <w:bCs/>
      </w:rPr>
    </w:tblStylePr>
    <w:tblStylePr w:type="band1Vert">
      <w:tblPr/>
      <w:tcPr>
        <w:tcBorders>
          <w:top w:val="single" w:sz="8" w:space="0" w:color="129DBF" w:themeColor="accent4"/>
          <w:left w:val="single" w:sz="8" w:space="0" w:color="129DBF" w:themeColor="accent4"/>
          <w:bottom w:val="single" w:sz="8" w:space="0" w:color="129DBF" w:themeColor="accent4"/>
          <w:right w:val="single" w:sz="8" w:space="0" w:color="129DBF" w:themeColor="accent4"/>
        </w:tcBorders>
      </w:tcPr>
    </w:tblStylePr>
    <w:tblStylePr w:type="band1Horz">
      <w:tblPr/>
      <w:tcPr>
        <w:tcBorders>
          <w:top w:val="single" w:sz="8" w:space="0" w:color="129DBF" w:themeColor="accent4"/>
          <w:left w:val="single" w:sz="8" w:space="0" w:color="129DBF" w:themeColor="accent4"/>
          <w:bottom w:val="single" w:sz="8" w:space="0" w:color="129DBF" w:themeColor="accent4"/>
          <w:right w:val="single" w:sz="8" w:space="0" w:color="129DBF"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F26721" w:themeColor="accent5"/>
        <w:left w:val="single" w:sz="8" w:space="0" w:color="F26721" w:themeColor="accent5"/>
        <w:bottom w:val="single" w:sz="8" w:space="0" w:color="F26721" w:themeColor="accent5"/>
        <w:right w:val="single" w:sz="8" w:space="0" w:color="F26721" w:themeColor="accent5"/>
      </w:tblBorders>
    </w:tblPr>
    <w:tblStylePr w:type="firstRow">
      <w:pPr>
        <w:spacing w:before="0" w:after="0" w:line="240" w:lineRule="auto"/>
      </w:pPr>
      <w:rPr>
        <w:b/>
        <w:bCs/>
        <w:color w:val="FFFFFF" w:themeColor="background1"/>
      </w:rPr>
      <w:tblPr/>
      <w:tcPr>
        <w:shd w:val="clear" w:color="auto" w:fill="F26721" w:themeFill="accent5"/>
      </w:tcPr>
    </w:tblStylePr>
    <w:tblStylePr w:type="lastRow">
      <w:pPr>
        <w:spacing w:before="0" w:after="0" w:line="240" w:lineRule="auto"/>
      </w:pPr>
      <w:rPr>
        <w:b/>
        <w:bCs/>
      </w:rPr>
      <w:tblPr/>
      <w:tcPr>
        <w:tcBorders>
          <w:top w:val="double" w:sz="6" w:space="0" w:color="F26721" w:themeColor="accent5"/>
          <w:left w:val="single" w:sz="8" w:space="0" w:color="F26721" w:themeColor="accent5"/>
          <w:bottom w:val="single" w:sz="8" w:space="0" w:color="F26721" w:themeColor="accent5"/>
          <w:right w:val="single" w:sz="8" w:space="0" w:color="F26721" w:themeColor="accent5"/>
        </w:tcBorders>
      </w:tcPr>
    </w:tblStylePr>
    <w:tblStylePr w:type="firstCol">
      <w:rPr>
        <w:b/>
        <w:bCs/>
      </w:rPr>
    </w:tblStylePr>
    <w:tblStylePr w:type="lastCol">
      <w:rPr>
        <w:b/>
        <w:bCs/>
      </w:rPr>
    </w:tblStylePr>
    <w:tblStylePr w:type="band1Vert">
      <w:tblPr/>
      <w:tcPr>
        <w:tcBorders>
          <w:top w:val="single" w:sz="8" w:space="0" w:color="F26721" w:themeColor="accent5"/>
          <w:left w:val="single" w:sz="8" w:space="0" w:color="F26721" w:themeColor="accent5"/>
          <w:bottom w:val="single" w:sz="8" w:space="0" w:color="F26721" w:themeColor="accent5"/>
          <w:right w:val="single" w:sz="8" w:space="0" w:color="F26721" w:themeColor="accent5"/>
        </w:tcBorders>
      </w:tcPr>
    </w:tblStylePr>
    <w:tblStylePr w:type="band1Horz">
      <w:tblPr/>
      <w:tcPr>
        <w:tcBorders>
          <w:top w:val="single" w:sz="8" w:space="0" w:color="F26721" w:themeColor="accent5"/>
          <w:left w:val="single" w:sz="8" w:space="0" w:color="F26721" w:themeColor="accent5"/>
          <w:bottom w:val="single" w:sz="8" w:space="0" w:color="F26721" w:themeColor="accent5"/>
          <w:right w:val="single" w:sz="8" w:space="0" w:color="F26721"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CB614" w:themeColor="accent6"/>
        <w:left w:val="single" w:sz="8" w:space="0" w:color="FCB614" w:themeColor="accent6"/>
        <w:bottom w:val="single" w:sz="8" w:space="0" w:color="FCB614" w:themeColor="accent6"/>
        <w:right w:val="single" w:sz="8" w:space="0" w:color="FCB614" w:themeColor="accent6"/>
      </w:tblBorders>
    </w:tblPr>
    <w:tblStylePr w:type="firstRow">
      <w:pPr>
        <w:spacing w:before="0" w:after="0" w:line="240" w:lineRule="auto"/>
      </w:pPr>
      <w:rPr>
        <w:b/>
        <w:bCs/>
        <w:color w:val="FFFFFF" w:themeColor="background1"/>
      </w:rPr>
      <w:tblPr/>
      <w:tcPr>
        <w:shd w:val="clear" w:color="auto" w:fill="FCB614" w:themeFill="accent6"/>
      </w:tcPr>
    </w:tblStylePr>
    <w:tblStylePr w:type="lastRow">
      <w:pPr>
        <w:spacing w:before="0" w:after="0" w:line="240" w:lineRule="auto"/>
      </w:pPr>
      <w:rPr>
        <w:b/>
        <w:bCs/>
      </w:rPr>
      <w:tblPr/>
      <w:tcPr>
        <w:tcBorders>
          <w:top w:val="double" w:sz="6" w:space="0" w:color="FCB614" w:themeColor="accent6"/>
          <w:left w:val="single" w:sz="8" w:space="0" w:color="FCB614" w:themeColor="accent6"/>
          <w:bottom w:val="single" w:sz="8" w:space="0" w:color="FCB614" w:themeColor="accent6"/>
          <w:right w:val="single" w:sz="8" w:space="0" w:color="FCB614" w:themeColor="accent6"/>
        </w:tcBorders>
      </w:tcPr>
    </w:tblStylePr>
    <w:tblStylePr w:type="firstCol">
      <w:rPr>
        <w:b/>
        <w:bCs/>
      </w:rPr>
    </w:tblStylePr>
    <w:tblStylePr w:type="lastCol">
      <w:rPr>
        <w:b/>
        <w:bCs/>
      </w:rPr>
    </w:tblStylePr>
    <w:tblStylePr w:type="band1Vert">
      <w:tblPr/>
      <w:tcPr>
        <w:tcBorders>
          <w:top w:val="single" w:sz="8" w:space="0" w:color="FCB614" w:themeColor="accent6"/>
          <w:left w:val="single" w:sz="8" w:space="0" w:color="FCB614" w:themeColor="accent6"/>
          <w:bottom w:val="single" w:sz="8" w:space="0" w:color="FCB614" w:themeColor="accent6"/>
          <w:right w:val="single" w:sz="8" w:space="0" w:color="FCB614" w:themeColor="accent6"/>
        </w:tcBorders>
      </w:tcPr>
    </w:tblStylePr>
    <w:tblStylePr w:type="band1Horz">
      <w:tblPr/>
      <w:tcPr>
        <w:tcBorders>
          <w:top w:val="single" w:sz="8" w:space="0" w:color="FCB614" w:themeColor="accent6"/>
          <w:left w:val="single" w:sz="8" w:space="0" w:color="FCB614" w:themeColor="accent6"/>
          <w:bottom w:val="single" w:sz="8" w:space="0" w:color="FCB614" w:themeColor="accent6"/>
          <w:right w:val="single" w:sz="8" w:space="0" w:color="FCB614"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AD122A" w:themeColor="accent1"/>
        <w:left w:val="single" w:sz="8" w:space="0" w:color="AD122A" w:themeColor="accent1"/>
        <w:bottom w:val="single" w:sz="8" w:space="0" w:color="AD122A" w:themeColor="accent1"/>
        <w:right w:val="single" w:sz="8" w:space="0" w:color="AD122A" w:themeColor="accent1"/>
        <w:insideH w:val="single" w:sz="8" w:space="0" w:color="AD122A" w:themeColor="accent1"/>
        <w:insideV w:val="single" w:sz="8" w:space="0" w:color="AD122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122A" w:themeColor="accent1"/>
          <w:left w:val="single" w:sz="8" w:space="0" w:color="AD122A" w:themeColor="accent1"/>
          <w:bottom w:val="single" w:sz="18" w:space="0" w:color="AD122A" w:themeColor="accent1"/>
          <w:right w:val="single" w:sz="8" w:space="0" w:color="AD122A" w:themeColor="accent1"/>
          <w:insideH w:val="nil"/>
          <w:insideV w:val="single" w:sz="8" w:space="0" w:color="AD122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122A" w:themeColor="accent1"/>
          <w:left w:val="single" w:sz="8" w:space="0" w:color="AD122A" w:themeColor="accent1"/>
          <w:bottom w:val="single" w:sz="8" w:space="0" w:color="AD122A" w:themeColor="accent1"/>
          <w:right w:val="single" w:sz="8" w:space="0" w:color="AD122A" w:themeColor="accent1"/>
          <w:insideH w:val="nil"/>
          <w:insideV w:val="single" w:sz="8" w:space="0" w:color="AD122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122A" w:themeColor="accent1"/>
          <w:left w:val="single" w:sz="8" w:space="0" w:color="AD122A" w:themeColor="accent1"/>
          <w:bottom w:val="single" w:sz="8" w:space="0" w:color="AD122A" w:themeColor="accent1"/>
          <w:right w:val="single" w:sz="8" w:space="0" w:color="AD122A" w:themeColor="accent1"/>
        </w:tcBorders>
      </w:tcPr>
    </w:tblStylePr>
    <w:tblStylePr w:type="band1Vert">
      <w:tblPr/>
      <w:tcPr>
        <w:tcBorders>
          <w:top w:val="single" w:sz="8" w:space="0" w:color="AD122A" w:themeColor="accent1"/>
          <w:left w:val="single" w:sz="8" w:space="0" w:color="AD122A" w:themeColor="accent1"/>
          <w:bottom w:val="single" w:sz="8" w:space="0" w:color="AD122A" w:themeColor="accent1"/>
          <w:right w:val="single" w:sz="8" w:space="0" w:color="AD122A" w:themeColor="accent1"/>
        </w:tcBorders>
        <w:shd w:val="clear" w:color="auto" w:fill="F7B7C1" w:themeFill="accent1" w:themeFillTint="3F"/>
      </w:tcPr>
    </w:tblStylePr>
    <w:tblStylePr w:type="band1Horz">
      <w:tblPr/>
      <w:tcPr>
        <w:tcBorders>
          <w:top w:val="single" w:sz="8" w:space="0" w:color="AD122A" w:themeColor="accent1"/>
          <w:left w:val="single" w:sz="8" w:space="0" w:color="AD122A" w:themeColor="accent1"/>
          <w:bottom w:val="single" w:sz="8" w:space="0" w:color="AD122A" w:themeColor="accent1"/>
          <w:right w:val="single" w:sz="8" w:space="0" w:color="AD122A" w:themeColor="accent1"/>
          <w:insideV w:val="single" w:sz="8" w:space="0" w:color="AD122A" w:themeColor="accent1"/>
        </w:tcBorders>
        <w:shd w:val="clear" w:color="auto" w:fill="F7B7C1" w:themeFill="accent1" w:themeFillTint="3F"/>
      </w:tcPr>
    </w:tblStylePr>
    <w:tblStylePr w:type="band2Horz">
      <w:tblPr/>
      <w:tcPr>
        <w:tcBorders>
          <w:top w:val="single" w:sz="8" w:space="0" w:color="AD122A" w:themeColor="accent1"/>
          <w:left w:val="single" w:sz="8" w:space="0" w:color="AD122A" w:themeColor="accent1"/>
          <w:bottom w:val="single" w:sz="8" w:space="0" w:color="AD122A" w:themeColor="accent1"/>
          <w:right w:val="single" w:sz="8" w:space="0" w:color="AD122A" w:themeColor="accent1"/>
          <w:insideV w:val="single" w:sz="8" w:space="0" w:color="AD122A"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005E63" w:themeColor="accent2"/>
        <w:left w:val="single" w:sz="8" w:space="0" w:color="005E63" w:themeColor="accent2"/>
        <w:bottom w:val="single" w:sz="8" w:space="0" w:color="005E63" w:themeColor="accent2"/>
        <w:right w:val="single" w:sz="8" w:space="0" w:color="005E63" w:themeColor="accent2"/>
        <w:insideH w:val="single" w:sz="8" w:space="0" w:color="005E63" w:themeColor="accent2"/>
        <w:insideV w:val="single" w:sz="8" w:space="0" w:color="005E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E63" w:themeColor="accent2"/>
          <w:left w:val="single" w:sz="8" w:space="0" w:color="005E63" w:themeColor="accent2"/>
          <w:bottom w:val="single" w:sz="18" w:space="0" w:color="005E63" w:themeColor="accent2"/>
          <w:right w:val="single" w:sz="8" w:space="0" w:color="005E63" w:themeColor="accent2"/>
          <w:insideH w:val="nil"/>
          <w:insideV w:val="single" w:sz="8" w:space="0" w:color="005E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E63" w:themeColor="accent2"/>
          <w:left w:val="single" w:sz="8" w:space="0" w:color="005E63" w:themeColor="accent2"/>
          <w:bottom w:val="single" w:sz="8" w:space="0" w:color="005E63" w:themeColor="accent2"/>
          <w:right w:val="single" w:sz="8" w:space="0" w:color="005E63" w:themeColor="accent2"/>
          <w:insideH w:val="nil"/>
          <w:insideV w:val="single" w:sz="8" w:space="0" w:color="005E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E63" w:themeColor="accent2"/>
          <w:left w:val="single" w:sz="8" w:space="0" w:color="005E63" w:themeColor="accent2"/>
          <w:bottom w:val="single" w:sz="8" w:space="0" w:color="005E63" w:themeColor="accent2"/>
          <w:right w:val="single" w:sz="8" w:space="0" w:color="005E63" w:themeColor="accent2"/>
        </w:tcBorders>
      </w:tcPr>
    </w:tblStylePr>
    <w:tblStylePr w:type="band1Vert">
      <w:tblPr/>
      <w:tcPr>
        <w:tcBorders>
          <w:top w:val="single" w:sz="8" w:space="0" w:color="005E63" w:themeColor="accent2"/>
          <w:left w:val="single" w:sz="8" w:space="0" w:color="005E63" w:themeColor="accent2"/>
          <w:bottom w:val="single" w:sz="8" w:space="0" w:color="005E63" w:themeColor="accent2"/>
          <w:right w:val="single" w:sz="8" w:space="0" w:color="005E63" w:themeColor="accent2"/>
        </w:tcBorders>
        <w:shd w:val="clear" w:color="auto" w:fill="99F9FF" w:themeFill="accent2" w:themeFillTint="3F"/>
      </w:tcPr>
    </w:tblStylePr>
    <w:tblStylePr w:type="band1Horz">
      <w:tblPr/>
      <w:tcPr>
        <w:tcBorders>
          <w:top w:val="single" w:sz="8" w:space="0" w:color="005E63" w:themeColor="accent2"/>
          <w:left w:val="single" w:sz="8" w:space="0" w:color="005E63" w:themeColor="accent2"/>
          <w:bottom w:val="single" w:sz="8" w:space="0" w:color="005E63" w:themeColor="accent2"/>
          <w:right w:val="single" w:sz="8" w:space="0" w:color="005E63" w:themeColor="accent2"/>
          <w:insideV w:val="single" w:sz="8" w:space="0" w:color="005E63" w:themeColor="accent2"/>
        </w:tcBorders>
        <w:shd w:val="clear" w:color="auto" w:fill="99F9FF" w:themeFill="accent2" w:themeFillTint="3F"/>
      </w:tcPr>
    </w:tblStylePr>
    <w:tblStylePr w:type="band2Horz">
      <w:tblPr/>
      <w:tcPr>
        <w:tcBorders>
          <w:top w:val="single" w:sz="8" w:space="0" w:color="005E63" w:themeColor="accent2"/>
          <w:left w:val="single" w:sz="8" w:space="0" w:color="005E63" w:themeColor="accent2"/>
          <w:bottom w:val="single" w:sz="8" w:space="0" w:color="005E63" w:themeColor="accent2"/>
          <w:right w:val="single" w:sz="8" w:space="0" w:color="005E63" w:themeColor="accent2"/>
          <w:insideV w:val="single" w:sz="8" w:space="0" w:color="005E63"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00B2B9" w:themeColor="accent3"/>
        <w:left w:val="single" w:sz="8" w:space="0" w:color="00B2B9" w:themeColor="accent3"/>
        <w:bottom w:val="single" w:sz="8" w:space="0" w:color="00B2B9" w:themeColor="accent3"/>
        <w:right w:val="single" w:sz="8" w:space="0" w:color="00B2B9" w:themeColor="accent3"/>
        <w:insideH w:val="single" w:sz="8" w:space="0" w:color="00B2B9" w:themeColor="accent3"/>
        <w:insideV w:val="single" w:sz="8" w:space="0" w:color="00B2B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B9" w:themeColor="accent3"/>
          <w:left w:val="single" w:sz="8" w:space="0" w:color="00B2B9" w:themeColor="accent3"/>
          <w:bottom w:val="single" w:sz="18" w:space="0" w:color="00B2B9" w:themeColor="accent3"/>
          <w:right w:val="single" w:sz="8" w:space="0" w:color="00B2B9" w:themeColor="accent3"/>
          <w:insideH w:val="nil"/>
          <w:insideV w:val="single" w:sz="8" w:space="0" w:color="00B2B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B9" w:themeColor="accent3"/>
          <w:left w:val="single" w:sz="8" w:space="0" w:color="00B2B9" w:themeColor="accent3"/>
          <w:bottom w:val="single" w:sz="8" w:space="0" w:color="00B2B9" w:themeColor="accent3"/>
          <w:right w:val="single" w:sz="8" w:space="0" w:color="00B2B9" w:themeColor="accent3"/>
          <w:insideH w:val="nil"/>
          <w:insideV w:val="single" w:sz="8" w:space="0" w:color="00B2B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B9" w:themeColor="accent3"/>
          <w:left w:val="single" w:sz="8" w:space="0" w:color="00B2B9" w:themeColor="accent3"/>
          <w:bottom w:val="single" w:sz="8" w:space="0" w:color="00B2B9" w:themeColor="accent3"/>
          <w:right w:val="single" w:sz="8" w:space="0" w:color="00B2B9" w:themeColor="accent3"/>
        </w:tcBorders>
      </w:tcPr>
    </w:tblStylePr>
    <w:tblStylePr w:type="band1Vert">
      <w:tblPr/>
      <w:tcPr>
        <w:tcBorders>
          <w:top w:val="single" w:sz="8" w:space="0" w:color="00B2B9" w:themeColor="accent3"/>
          <w:left w:val="single" w:sz="8" w:space="0" w:color="00B2B9" w:themeColor="accent3"/>
          <w:bottom w:val="single" w:sz="8" w:space="0" w:color="00B2B9" w:themeColor="accent3"/>
          <w:right w:val="single" w:sz="8" w:space="0" w:color="00B2B9" w:themeColor="accent3"/>
        </w:tcBorders>
        <w:shd w:val="clear" w:color="auto" w:fill="AEFBFF" w:themeFill="accent3" w:themeFillTint="3F"/>
      </w:tcPr>
    </w:tblStylePr>
    <w:tblStylePr w:type="band1Horz">
      <w:tblPr/>
      <w:tcPr>
        <w:tcBorders>
          <w:top w:val="single" w:sz="8" w:space="0" w:color="00B2B9" w:themeColor="accent3"/>
          <w:left w:val="single" w:sz="8" w:space="0" w:color="00B2B9" w:themeColor="accent3"/>
          <w:bottom w:val="single" w:sz="8" w:space="0" w:color="00B2B9" w:themeColor="accent3"/>
          <w:right w:val="single" w:sz="8" w:space="0" w:color="00B2B9" w:themeColor="accent3"/>
          <w:insideV w:val="single" w:sz="8" w:space="0" w:color="00B2B9" w:themeColor="accent3"/>
        </w:tcBorders>
        <w:shd w:val="clear" w:color="auto" w:fill="AEFBFF" w:themeFill="accent3" w:themeFillTint="3F"/>
      </w:tcPr>
    </w:tblStylePr>
    <w:tblStylePr w:type="band2Horz">
      <w:tblPr/>
      <w:tcPr>
        <w:tcBorders>
          <w:top w:val="single" w:sz="8" w:space="0" w:color="00B2B9" w:themeColor="accent3"/>
          <w:left w:val="single" w:sz="8" w:space="0" w:color="00B2B9" w:themeColor="accent3"/>
          <w:bottom w:val="single" w:sz="8" w:space="0" w:color="00B2B9" w:themeColor="accent3"/>
          <w:right w:val="single" w:sz="8" w:space="0" w:color="00B2B9" w:themeColor="accent3"/>
          <w:insideV w:val="single" w:sz="8" w:space="0" w:color="00B2B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129DBF" w:themeColor="accent4"/>
        <w:left w:val="single" w:sz="8" w:space="0" w:color="129DBF" w:themeColor="accent4"/>
        <w:bottom w:val="single" w:sz="8" w:space="0" w:color="129DBF" w:themeColor="accent4"/>
        <w:right w:val="single" w:sz="8" w:space="0" w:color="129DBF" w:themeColor="accent4"/>
        <w:insideH w:val="single" w:sz="8" w:space="0" w:color="129DBF" w:themeColor="accent4"/>
        <w:insideV w:val="single" w:sz="8" w:space="0" w:color="129DB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29DBF" w:themeColor="accent4"/>
          <w:left w:val="single" w:sz="8" w:space="0" w:color="129DBF" w:themeColor="accent4"/>
          <w:bottom w:val="single" w:sz="18" w:space="0" w:color="129DBF" w:themeColor="accent4"/>
          <w:right w:val="single" w:sz="8" w:space="0" w:color="129DBF" w:themeColor="accent4"/>
          <w:insideH w:val="nil"/>
          <w:insideV w:val="single" w:sz="8" w:space="0" w:color="129DB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29DBF" w:themeColor="accent4"/>
          <w:left w:val="single" w:sz="8" w:space="0" w:color="129DBF" w:themeColor="accent4"/>
          <w:bottom w:val="single" w:sz="8" w:space="0" w:color="129DBF" w:themeColor="accent4"/>
          <w:right w:val="single" w:sz="8" w:space="0" w:color="129DBF" w:themeColor="accent4"/>
          <w:insideH w:val="nil"/>
          <w:insideV w:val="single" w:sz="8" w:space="0" w:color="129DB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29DBF" w:themeColor="accent4"/>
          <w:left w:val="single" w:sz="8" w:space="0" w:color="129DBF" w:themeColor="accent4"/>
          <w:bottom w:val="single" w:sz="8" w:space="0" w:color="129DBF" w:themeColor="accent4"/>
          <w:right w:val="single" w:sz="8" w:space="0" w:color="129DBF" w:themeColor="accent4"/>
        </w:tcBorders>
      </w:tcPr>
    </w:tblStylePr>
    <w:tblStylePr w:type="band1Vert">
      <w:tblPr/>
      <w:tcPr>
        <w:tcBorders>
          <w:top w:val="single" w:sz="8" w:space="0" w:color="129DBF" w:themeColor="accent4"/>
          <w:left w:val="single" w:sz="8" w:space="0" w:color="129DBF" w:themeColor="accent4"/>
          <w:bottom w:val="single" w:sz="8" w:space="0" w:color="129DBF" w:themeColor="accent4"/>
          <w:right w:val="single" w:sz="8" w:space="0" w:color="129DBF" w:themeColor="accent4"/>
        </w:tcBorders>
        <w:shd w:val="clear" w:color="auto" w:fill="BAECF8" w:themeFill="accent4" w:themeFillTint="3F"/>
      </w:tcPr>
    </w:tblStylePr>
    <w:tblStylePr w:type="band1Horz">
      <w:tblPr/>
      <w:tcPr>
        <w:tcBorders>
          <w:top w:val="single" w:sz="8" w:space="0" w:color="129DBF" w:themeColor="accent4"/>
          <w:left w:val="single" w:sz="8" w:space="0" w:color="129DBF" w:themeColor="accent4"/>
          <w:bottom w:val="single" w:sz="8" w:space="0" w:color="129DBF" w:themeColor="accent4"/>
          <w:right w:val="single" w:sz="8" w:space="0" w:color="129DBF" w:themeColor="accent4"/>
          <w:insideV w:val="single" w:sz="8" w:space="0" w:color="129DBF" w:themeColor="accent4"/>
        </w:tcBorders>
        <w:shd w:val="clear" w:color="auto" w:fill="BAECF8" w:themeFill="accent4" w:themeFillTint="3F"/>
      </w:tcPr>
    </w:tblStylePr>
    <w:tblStylePr w:type="band2Horz">
      <w:tblPr/>
      <w:tcPr>
        <w:tcBorders>
          <w:top w:val="single" w:sz="8" w:space="0" w:color="129DBF" w:themeColor="accent4"/>
          <w:left w:val="single" w:sz="8" w:space="0" w:color="129DBF" w:themeColor="accent4"/>
          <w:bottom w:val="single" w:sz="8" w:space="0" w:color="129DBF" w:themeColor="accent4"/>
          <w:right w:val="single" w:sz="8" w:space="0" w:color="129DBF" w:themeColor="accent4"/>
          <w:insideV w:val="single" w:sz="8" w:space="0" w:color="129DBF"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F26721" w:themeColor="accent5"/>
        <w:left w:val="single" w:sz="8" w:space="0" w:color="F26721" w:themeColor="accent5"/>
        <w:bottom w:val="single" w:sz="8" w:space="0" w:color="F26721" w:themeColor="accent5"/>
        <w:right w:val="single" w:sz="8" w:space="0" w:color="F26721" w:themeColor="accent5"/>
        <w:insideH w:val="single" w:sz="8" w:space="0" w:color="F26721" w:themeColor="accent5"/>
        <w:insideV w:val="single" w:sz="8" w:space="0" w:color="F2672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6721" w:themeColor="accent5"/>
          <w:left w:val="single" w:sz="8" w:space="0" w:color="F26721" w:themeColor="accent5"/>
          <w:bottom w:val="single" w:sz="18" w:space="0" w:color="F26721" w:themeColor="accent5"/>
          <w:right w:val="single" w:sz="8" w:space="0" w:color="F26721" w:themeColor="accent5"/>
          <w:insideH w:val="nil"/>
          <w:insideV w:val="single" w:sz="8" w:space="0" w:color="F2672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6721" w:themeColor="accent5"/>
          <w:left w:val="single" w:sz="8" w:space="0" w:color="F26721" w:themeColor="accent5"/>
          <w:bottom w:val="single" w:sz="8" w:space="0" w:color="F26721" w:themeColor="accent5"/>
          <w:right w:val="single" w:sz="8" w:space="0" w:color="F26721" w:themeColor="accent5"/>
          <w:insideH w:val="nil"/>
          <w:insideV w:val="single" w:sz="8" w:space="0" w:color="F2672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6721" w:themeColor="accent5"/>
          <w:left w:val="single" w:sz="8" w:space="0" w:color="F26721" w:themeColor="accent5"/>
          <w:bottom w:val="single" w:sz="8" w:space="0" w:color="F26721" w:themeColor="accent5"/>
          <w:right w:val="single" w:sz="8" w:space="0" w:color="F26721" w:themeColor="accent5"/>
        </w:tcBorders>
      </w:tcPr>
    </w:tblStylePr>
    <w:tblStylePr w:type="band1Vert">
      <w:tblPr/>
      <w:tcPr>
        <w:tcBorders>
          <w:top w:val="single" w:sz="8" w:space="0" w:color="F26721" w:themeColor="accent5"/>
          <w:left w:val="single" w:sz="8" w:space="0" w:color="F26721" w:themeColor="accent5"/>
          <w:bottom w:val="single" w:sz="8" w:space="0" w:color="F26721" w:themeColor="accent5"/>
          <w:right w:val="single" w:sz="8" w:space="0" w:color="F26721" w:themeColor="accent5"/>
        </w:tcBorders>
        <w:shd w:val="clear" w:color="auto" w:fill="FBD9C7" w:themeFill="accent5" w:themeFillTint="3F"/>
      </w:tcPr>
    </w:tblStylePr>
    <w:tblStylePr w:type="band1Horz">
      <w:tblPr/>
      <w:tcPr>
        <w:tcBorders>
          <w:top w:val="single" w:sz="8" w:space="0" w:color="F26721" w:themeColor="accent5"/>
          <w:left w:val="single" w:sz="8" w:space="0" w:color="F26721" w:themeColor="accent5"/>
          <w:bottom w:val="single" w:sz="8" w:space="0" w:color="F26721" w:themeColor="accent5"/>
          <w:right w:val="single" w:sz="8" w:space="0" w:color="F26721" w:themeColor="accent5"/>
          <w:insideV w:val="single" w:sz="8" w:space="0" w:color="F26721" w:themeColor="accent5"/>
        </w:tcBorders>
        <w:shd w:val="clear" w:color="auto" w:fill="FBD9C7" w:themeFill="accent5" w:themeFillTint="3F"/>
      </w:tcPr>
    </w:tblStylePr>
    <w:tblStylePr w:type="band2Horz">
      <w:tblPr/>
      <w:tcPr>
        <w:tcBorders>
          <w:top w:val="single" w:sz="8" w:space="0" w:color="F26721" w:themeColor="accent5"/>
          <w:left w:val="single" w:sz="8" w:space="0" w:color="F26721" w:themeColor="accent5"/>
          <w:bottom w:val="single" w:sz="8" w:space="0" w:color="F26721" w:themeColor="accent5"/>
          <w:right w:val="single" w:sz="8" w:space="0" w:color="F26721" w:themeColor="accent5"/>
          <w:insideV w:val="single" w:sz="8" w:space="0" w:color="F26721"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CB614" w:themeColor="accent6"/>
        <w:left w:val="single" w:sz="8" w:space="0" w:color="FCB614" w:themeColor="accent6"/>
        <w:bottom w:val="single" w:sz="8" w:space="0" w:color="FCB614" w:themeColor="accent6"/>
        <w:right w:val="single" w:sz="8" w:space="0" w:color="FCB614" w:themeColor="accent6"/>
        <w:insideH w:val="single" w:sz="8" w:space="0" w:color="FCB614" w:themeColor="accent6"/>
        <w:insideV w:val="single" w:sz="8" w:space="0" w:color="FCB61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CB614" w:themeColor="accent6"/>
          <w:left w:val="single" w:sz="8" w:space="0" w:color="FCB614" w:themeColor="accent6"/>
          <w:bottom w:val="single" w:sz="18" w:space="0" w:color="FCB614" w:themeColor="accent6"/>
          <w:right w:val="single" w:sz="8" w:space="0" w:color="FCB614" w:themeColor="accent6"/>
          <w:insideH w:val="nil"/>
          <w:insideV w:val="single" w:sz="8" w:space="0" w:color="FCB61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CB614" w:themeColor="accent6"/>
          <w:left w:val="single" w:sz="8" w:space="0" w:color="FCB614" w:themeColor="accent6"/>
          <w:bottom w:val="single" w:sz="8" w:space="0" w:color="FCB614" w:themeColor="accent6"/>
          <w:right w:val="single" w:sz="8" w:space="0" w:color="FCB614" w:themeColor="accent6"/>
          <w:insideH w:val="nil"/>
          <w:insideV w:val="single" w:sz="8" w:space="0" w:color="FCB61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CB614" w:themeColor="accent6"/>
          <w:left w:val="single" w:sz="8" w:space="0" w:color="FCB614" w:themeColor="accent6"/>
          <w:bottom w:val="single" w:sz="8" w:space="0" w:color="FCB614" w:themeColor="accent6"/>
          <w:right w:val="single" w:sz="8" w:space="0" w:color="FCB614" w:themeColor="accent6"/>
        </w:tcBorders>
      </w:tcPr>
    </w:tblStylePr>
    <w:tblStylePr w:type="band1Vert">
      <w:tblPr/>
      <w:tcPr>
        <w:tcBorders>
          <w:top w:val="single" w:sz="8" w:space="0" w:color="FCB614" w:themeColor="accent6"/>
          <w:left w:val="single" w:sz="8" w:space="0" w:color="FCB614" w:themeColor="accent6"/>
          <w:bottom w:val="single" w:sz="8" w:space="0" w:color="FCB614" w:themeColor="accent6"/>
          <w:right w:val="single" w:sz="8" w:space="0" w:color="FCB614" w:themeColor="accent6"/>
        </w:tcBorders>
        <w:shd w:val="clear" w:color="auto" w:fill="FEECC4" w:themeFill="accent6" w:themeFillTint="3F"/>
      </w:tcPr>
    </w:tblStylePr>
    <w:tblStylePr w:type="band1Horz">
      <w:tblPr/>
      <w:tcPr>
        <w:tcBorders>
          <w:top w:val="single" w:sz="8" w:space="0" w:color="FCB614" w:themeColor="accent6"/>
          <w:left w:val="single" w:sz="8" w:space="0" w:color="FCB614" w:themeColor="accent6"/>
          <w:bottom w:val="single" w:sz="8" w:space="0" w:color="FCB614" w:themeColor="accent6"/>
          <w:right w:val="single" w:sz="8" w:space="0" w:color="FCB614" w:themeColor="accent6"/>
          <w:insideV w:val="single" w:sz="8" w:space="0" w:color="FCB614" w:themeColor="accent6"/>
        </w:tcBorders>
        <w:shd w:val="clear" w:color="auto" w:fill="FEECC4" w:themeFill="accent6" w:themeFillTint="3F"/>
      </w:tcPr>
    </w:tblStylePr>
    <w:tblStylePr w:type="band2Horz">
      <w:tblPr/>
      <w:tcPr>
        <w:tcBorders>
          <w:top w:val="single" w:sz="8" w:space="0" w:color="FCB614" w:themeColor="accent6"/>
          <w:left w:val="single" w:sz="8" w:space="0" w:color="FCB614" w:themeColor="accent6"/>
          <w:bottom w:val="single" w:sz="8" w:space="0" w:color="FCB614" w:themeColor="accent6"/>
          <w:right w:val="single" w:sz="8" w:space="0" w:color="FCB614" w:themeColor="accent6"/>
          <w:insideV w:val="single" w:sz="8" w:space="0" w:color="FCB614"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E82644" w:themeColor="accent1" w:themeTint="BF"/>
        <w:left w:val="single" w:sz="8" w:space="0" w:color="E82644" w:themeColor="accent1" w:themeTint="BF"/>
        <w:bottom w:val="single" w:sz="8" w:space="0" w:color="E82644" w:themeColor="accent1" w:themeTint="BF"/>
        <w:right w:val="single" w:sz="8" w:space="0" w:color="E82644" w:themeColor="accent1" w:themeTint="BF"/>
        <w:insideH w:val="single" w:sz="8" w:space="0" w:color="E82644" w:themeColor="accent1" w:themeTint="BF"/>
      </w:tblBorders>
    </w:tblPr>
    <w:tblStylePr w:type="firstRow">
      <w:pPr>
        <w:spacing w:before="0" w:after="0" w:line="240" w:lineRule="auto"/>
      </w:pPr>
      <w:rPr>
        <w:b/>
        <w:bCs/>
        <w:color w:val="FFFFFF" w:themeColor="background1"/>
      </w:rPr>
      <w:tblPr/>
      <w:tcPr>
        <w:tcBorders>
          <w:top w:val="single" w:sz="8" w:space="0" w:color="E82644" w:themeColor="accent1" w:themeTint="BF"/>
          <w:left w:val="single" w:sz="8" w:space="0" w:color="E82644" w:themeColor="accent1" w:themeTint="BF"/>
          <w:bottom w:val="single" w:sz="8" w:space="0" w:color="E82644" w:themeColor="accent1" w:themeTint="BF"/>
          <w:right w:val="single" w:sz="8" w:space="0" w:color="E82644" w:themeColor="accent1" w:themeTint="BF"/>
          <w:insideH w:val="nil"/>
          <w:insideV w:val="nil"/>
        </w:tcBorders>
        <w:shd w:val="clear" w:color="auto" w:fill="AD122A" w:themeFill="accent1"/>
      </w:tcPr>
    </w:tblStylePr>
    <w:tblStylePr w:type="lastRow">
      <w:pPr>
        <w:spacing w:before="0" w:after="0" w:line="240" w:lineRule="auto"/>
      </w:pPr>
      <w:rPr>
        <w:b/>
        <w:bCs/>
      </w:rPr>
      <w:tblPr/>
      <w:tcPr>
        <w:tcBorders>
          <w:top w:val="double" w:sz="6" w:space="0" w:color="E82644" w:themeColor="accent1" w:themeTint="BF"/>
          <w:left w:val="single" w:sz="8" w:space="0" w:color="E82644" w:themeColor="accent1" w:themeTint="BF"/>
          <w:bottom w:val="single" w:sz="8" w:space="0" w:color="E82644" w:themeColor="accent1" w:themeTint="BF"/>
          <w:right w:val="single" w:sz="8" w:space="0" w:color="E8264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7B7C1" w:themeFill="accent1" w:themeFillTint="3F"/>
      </w:tcPr>
    </w:tblStylePr>
    <w:tblStylePr w:type="band1Horz">
      <w:tblPr/>
      <w:tcPr>
        <w:tcBorders>
          <w:insideH w:val="nil"/>
          <w:insideV w:val="nil"/>
        </w:tcBorders>
        <w:shd w:val="clear" w:color="auto" w:fill="F7B7C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00BFCA" w:themeColor="accent2" w:themeTint="BF"/>
        <w:left w:val="single" w:sz="8" w:space="0" w:color="00BFCA" w:themeColor="accent2" w:themeTint="BF"/>
        <w:bottom w:val="single" w:sz="8" w:space="0" w:color="00BFCA" w:themeColor="accent2" w:themeTint="BF"/>
        <w:right w:val="single" w:sz="8" w:space="0" w:color="00BFCA" w:themeColor="accent2" w:themeTint="BF"/>
        <w:insideH w:val="single" w:sz="8" w:space="0" w:color="00BFCA" w:themeColor="accent2" w:themeTint="BF"/>
      </w:tblBorders>
    </w:tblPr>
    <w:tblStylePr w:type="firstRow">
      <w:pPr>
        <w:spacing w:before="0" w:after="0" w:line="240" w:lineRule="auto"/>
      </w:pPr>
      <w:rPr>
        <w:b/>
        <w:bCs/>
        <w:color w:val="FFFFFF" w:themeColor="background1"/>
      </w:rPr>
      <w:tblPr/>
      <w:tcPr>
        <w:tcBorders>
          <w:top w:val="single" w:sz="8" w:space="0" w:color="00BFCA" w:themeColor="accent2" w:themeTint="BF"/>
          <w:left w:val="single" w:sz="8" w:space="0" w:color="00BFCA" w:themeColor="accent2" w:themeTint="BF"/>
          <w:bottom w:val="single" w:sz="8" w:space="0" w:color="00BFCA" w:themeColor="accent2" w:themeTint="BF"/>
          <w:right w:val="single" w:sz="8" w:space="0" w:color="00BFCA" w:themeColor="accent2" w:themeTint="BF"/>
          <w:insideH w:val="nil"/>
          <w:insideV w:val="nil"/>
        </w:tcBorders>
        <w:shd w:val="clear" w:color="auto" w:fill="005E63" w:themeFill="accent2"/>
      </w:tcPr>
    </w:tblStylePr>
    <w:tblStylePr w:type="lastRow">
      <w:pPr>
        <w:spacing w:before="0" w:after="0" w:line="240" w:lineRule="auto"/>
      </w:pPr>
      <w:rPr>
        <w:b/>
        <w:bCs/>
      </w:rPr>
      <w:tblPr/>
      <w:tcPr>
        <w:tcBorders>
          <w:top w:val="double" w:sz="6" w:space="0" w:color="00BFCA" w:themeColor="accent2" w:themeTint="BF"/>
          <w:left w:val="single" w:sz="8" w:space="0" w:color="00BFCA" w:themeColor="accent2" w:themeTint="BF"/>
          <w:bottom w:val="single" w:sz="8" w:space="0" w:color="00BFCA" w:themeColor="accent2" w:themeTint="BF"/>
          <w:right w:val="single" w:sz="8" w:space="0" w:color="00BFCA" w:themeColor="accent2" w:themeTint="BF"/>
          <w:insideH w:val="nil"/>
          <w:insideV w:val="nil"/>
        </w:tcBorders>
      </w:tcPr>
    </w:tblStylePr>
    <w:tblStylePr w:type="firstCol">
      <w:rPr>
        <w:b/>
        <w:bCs/>
      </w:rPr>
    </w:tblStylePr>
    <w:tblStylePr w:type="lastCol">
      <w:rPr>
        <w:b/>
        <w:bCs/>
      </w:rPr>
    </w:tblStylePr>
    <w:tblStylePr w:type="band1Vert">
      <w:tblPr/>
      <w:tcPr>
        <w:shd w:val="clear" w:color="auto" w:fill="99F9FF" w:themeFill="accent2" w:themeFillTint="3F"/>
      </w:tcPr>
    </w:tblStylePr>
    <w:tblStylePr w:type="band1Horz">
      <w:tblPr/>
      <w:tcPr>
        <w:tcBorders>
          <w:insideH w:val="nil"/>
          <w:insideV w:val="nil"/>
        </w:tcBorders>
        <w:shd w:val="clear" w:color="auto" w:fill="99F9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0BF5FF" w:themeColor="accent3" w:themeTint="BF"/>
        <w:left w:val="single" w:sz="8" w:space="0" w:color="0BF5FF" w:themeColor="accent3" w:themeTint="BF"/>
        <w:bottom w:val="single" w:sz="8" w:space="0" w:color="0BF5FF" w:themeColor="accent3" w:themeTint="BF"/>
        <w:right w:val="single" w:sz="8" w:space="0" w:color="0BF5FF" w:themeColor="accent3" w:themeTint="BF"/>
        <w:insideH w:val="single" w:sz="8" w:space="0" w:color="0BF5FF" w:themeColor="accent3" w:themeTint="BF"/>
      </w:tblBorders>
    </w:tblPr>
    <w:tblStylePr w:type="firstRow">
      <w:pPr>
        <w:spacing w:before="0" w:after="0" w:line="240" w:lineRule="auto"/>
      </w:pPr>
      <w:rPr>
        <w:b/>
        <w:bCs/>
        <w:color w:val="FFFFFF" w:themeColor="background1"/>
      </w:rPr>
      <w:tblPr/>
      <w:tcPr>
        <w:tcBorders>
          <w:top w:val="single" w:sz="8" w:space="0" w:color="0BF5FF" w:themeColor="accent3" w:themeTint="BF"/>
          <w:left w:val="single" w:sz="8" w:space="0" w:color="0BF5FF" w:themeColor="accent3" w:themeTint="BF"/>
          <w:bottom w:val="single" w:sz="8" w:space="0" w:color="0BF5FF" w:themeColor="accent3" w:themeTint="BF"/>
          <w:right w:val="single" w:sz="8" w:space="0" w:color="0BF5FF" w:themeColor="accent3" w:themeTint="BF"/>
          <w:insideH w:val="nil"/>
          <w:insideV w:val="nil"/>
        </w:tcBorders>
        <w:shd w:val="clear" w:color="auto" w:fill="00B2B9" w:themeFill="accent3"/>
      </w:tcPr>
    </w:tblStylePr>
    <w:tblStylePr w:type="lastRow">
      <w:pPr>
        <w:spacing w:before="0" w:after="0" w:line="240" w:lineRule="auto"/>
      </w:pPr>
      <w:rPr>
        <w:b/>
        <w:bCs/>
      </w:rPr>
      <w:tblPr/>
      <w:tcPr>
        <w:tcBorders>
          <w:top w:val="double" w:sz="6" w:space="0" w:color="0BF5FF" w:themeColor="accent3" w:themeTint="BF"/>
          <w:left w:val="single" w:sz="8" w:space="0" w:color="0BF5FF" w:themeColor="accent3" w:themeTint="BF"/>
          <w:bottom w:val="single" w:sz="8" w:space="0" w:color="0BF5FF" w:themeColor="accent3" w:themeTint="BF"/>
          <w:right w:val="single" w:sz="8" w:space="0" w:color="0BF5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AEFBFF" w:themeFill="accent3" w:themeFillTint="3F"/>
      </w:tcPr>
    </w:tblStylePr>
    <w:tblStylePr w:type="band1Horz">
      <w:tblPr/>
      <w:tcPr>
        <w:tcBorders>
          <w:insideH w:val="nil"/>
          <w:insideV w:val="nil"/>
        </w:tcBorders>
        <w:shd w:val="clear" w:color="auto" w:fill="AEFB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0C6EB" w:themeColor="accent4" w:themeTint="BF"/>
        <w:left w:val="single" w:sz="8" w:space="0" w:color="30C6EB" w:themeColor="accent4" w:themeTint="BF"/>
        <w:bottom w:val="single" w:sz="8" w:space="0" w:color="30C6EB" w:themeColor="accent4" w:themeTint="BF"/>
        <w:right w:val="single" w:sz="8" w:space="0" w:color="30C6EB" w:themeColor="accent4" w:themeTint="BF"/>
        <w:insideH w:val="single" w:sz="8" w:space="0" w:color="30C6EB" w:themeColor="accent4" w:themeTint="BF"/>
      </w:tblBorders>
    </w:tblPr>
    <w:tblStylePr w:type="firstRow">
      <w:pPr>
        <w:spacing w:before="0" w:after="0" w:line="240" w:lineRule="auto"/>
      </w:pPr>
      <w:rPr>
        <w:b/>
        <w:bCs/>
        <w:color w:val="FFFFFF" w:themeColor="background1"/>
      </w:rPr>
      <w:tblPr/>
      <w:tcPr>
        <w:tcBorders>
          <w:top w:val="single" w:sz="8" w:space="0" w:color="30C6EB" w:themeColor="accent4" w:themeTint="BF"/>
          <w:left w:val="single" w:sz="8" w:space="0" w:color="30C6EB" w:themeColor="accent4" w:themeTint="BF"/>
          <w:bottom w:val="single" w:sz="8" w:space="0" w:color="30C6EB" w:themeColor="accent4" w:themeTint="BF"/>
          <w:right w:val="single" w:sz="8" w:space="0" w:color="30C6EB" w:themeColor="accent4" w:themeTint="BF"/>
          <w:insideH w:val="nil"/>
          <w:insideV w:val="nil"/>
        </w:tcBorders>
        <w:shd w:val="clear" w:color="auto" w:fill="129DBF" w:themeFill="accent4"/>
      </w:tcPr>
    </w:tblStylePr>
    <w:tblStylePr w:type="lastRow">
      <w:pPr>
        <w:spacing w:before="0" w:after="0" w:line="240" w:lineRule="auto"/>
      </w:pPr>
      <w:rPr>
        <w:b/>
        <w:bCs/>
      </w:rPr>
      <w:tblPr/>
      <w:tcPr>
        <w:tcBorders>
          <w:top w:val="double" w:sz="6" w:space="0" w:color="30C6EB" w:themeColor="accent4" w:themeTint="BF"/>
          <w:left w:val="single" w:sz="8" w:space="0" w:color="30C6EB" w:themeColor="accent4" w:themeTint="BF"/>
          <w:bottom w:val="single" w:sz="8" w:space="0" w:color="30C6EB" w:themeColor="accent4" w:themeTint="BF"/>
          <w:right w:val="single" w:sz="8" w:space="0" w:color="30C6EB" w:themeColor="accent4" w:themeTint="BF"/>
          <w:insideH w:val="nil"/>
          <w:insideV w:val="nil"/>
        </w:tcBorders>
      </w:tcPr>
    </w:tblStylePr>
    <w:tblStylePr w:type="firstCol">
      <w:rPr>
        <w:b/>
        <w:bCs/>
      </w:rPr>
    </w:tblStylePr>
    <w:tblStylePr w:type="lastCol">
      <w:rPr>
        <w:b/>
        <w:bCs/>
      </w:rPr>
    </w:tblStylePr>
    <w:tblStylePr w:type="band1Vert">
      <w:tblPr/>
      <w:tcPr>
        <w:shd w:val="clear" w:color="auto" w:fill="BAECF8" w:themeFill="accent4" w:themeFillTint="3F"/>
      </w:tcPr>
    </w:tblStylePr>
    <w:tblStylePr w:type="band1Horz">
      <w:tblPr/>
      <w:tcPr>
        <w:tcBorders>
          <w:insideH w:val="nil"/>
          <w:insideV w:val="nil"/>
        </w:tcBorders>
        <w:shd w:val="clear" w:color="auto" w:fill="BAECF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F58C58" w:themeColor="accent5" w:themeTint="BF"/>
        <w:left w:val="single" w:sz="8" w:space="0" w:color="F58C58" w:themeColor="accent5" w:themeTint="BF"/>
        <w:bottom w:val="single" w:sz="8" w:space="0" w:color="F58C58" w:themeColor="accent5" w:themeTint="BF"/>
        <w:right w:val="single" w:sz="8" w:space="0" w:color="F58C58" w:themeColor="accent5" w:themeTint="BF"/>
        <w:insideH w:val="single" w:sz="8" w:space="0" w:color="F58C58" w:themeColor="accent5" w:themeTint="BF"/>
      </w:tblBorders>
    </w:tblPr>
    <w:tblStylePr w:type="firstRow">
      <w:pPr>
        <w:spacing w:before="0" w:after="0" w:line="240" w:lineRule="auto"/>
      </w:pPr>
      <w:rPr>
        <w:b/>
        <w:bCs/>
        <w:color w:val="FFFFFF" w:themeColor="background1"/>
      </w:rPr>
      <w:tblPr/>
      <w:tcPr>
        <w:tcBorders>
          <w:top w:val="single" w:sz="8" w:space="0" w:color="F58C58" w:themeColor="accent5" w:themeTint="BF"/>
          <w:left w:val="single" w:sz="8" w:space="0" w:color="F58C58" w:themeColor="accent5" w:themeTint="BF"/>
          <w:bottom w:val="single" w:sz="8" w:space="0" w:color="F58C58" w:themeColor="accent5" w:themeTint="BF"/>
          <w:right w:val="single" w:sz="8" w:space="0" w:color="F58C58" w:themeColor="accent5" w:themeTint="BF"/>
          <w:insideH w:val="nil"/>
          <w:insideV w:val="nil"/>
        </w:tcBorders>
        <w:shd w:val="clear" w:color="auto" w:fill="F26721" w:themeFill="accent5"/>
      </w:tcPr>
    </w:tblStylePr>
    <w:tblStylePr w:type="lastRow">
      <w:pPr>
        <w:spacing w:before="0" w:after="0" w:line="240" w:lineRule="auto"/>
      </w:pPr>
      <w:rPr>
        <w:b/>
        <w:bCs/>
      </w:rPr>
      <w:tblPr/>
      <w:tcPr>
        <w:tcBorders>
          <w:top w:val="double" w:sz="6" w:space="0" w:color="F58C58" w:themeColor="accent5" w:themeTint="BF"/>
          <w:left w:val="single" w:sz="8" w:space="0" w:color="F58C58" w:themeColor="accent5" w:themeTint="BF"/>
          <w:bottom w:val="single" w:sz="8" w:space="0" w:color="F58C58" w:themeColor="accent5" w:themeTint="BF"/>
          <w:right w:val="single" w:sz="8" w:space="0" w:color="F58C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D9C7" w:themeFill="accent5" w:themeFillTint="3F"/>
      </w:tcPr>
    </w:tblStylePr>
    <w:tblStylePr w:type="band1Horz">
      <w:tblPr/>
      <w:tcPr>
        <w:tcBorders>
          <w:insideH w:val="nil"/>
          <w:insideV w:val="nil"/>
        </w:tcBorders>
        <w:shd w:val="clear" w:color="auto" w:fill="FBD9C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CC84E" w:themeColor="accent6" w:themeTint="BF"/>
        <w:left w:val="single" w:sz="8" w:space="0" w:color="FCC84E" w:themeColor="accent6" w:themeTint="BF"/>
        <w:bottom w:val="single" w:sz="8" w:space="0" w:color="FCC84E" w:themeColor="accent6" w:themeTint="BF"/>
        <w:right w:val="single" w:sz="8" w:space="0" w:color="FCC84E" w:themeColor="accent6" w:themeTint="BF"/>
        <w:insideH w:val="single" w:sz="8" w:space="0" w:color="FCC84E" w:themeColor="accent6" w:themeTint="BF"/>
      </w:tblBorders>
    </w:tblPr>
    <w:tblStylePr w:type="firstRow">
      <w:pPr>
        <w:spacing w:before="0" w:after="0" w:line="240" w:lineRule="auto"/>
      </w:pPr>
      <w:rPr>
        <w:b/>
        <w:bCs/>
        <w:color w:val="FFFFFF" w:themeColor="background1"/>
      </w:rPr>
      <w:tblPr/>
      <w:tcPr>
        <w:tcBorders>
          <w:top w:val="single" w:sz="8" w:space="0" w:color="FCC84E" w:themeColor="accent6" w:themeTint="BF"/>
          <w:left w:val="single" w:sz="8" w:space="0" w:color="FCC84E" w:themeColor="accent6" w:themeTint="BF"/>
          <w:bottom w:val="single" w:sz="8" w:space="0" w:color="FCC84E" w:themeColor="accent6" w:themeTint="BF"/>
          <w:right w:val="single" w:sz="8" w:space="0" w:color="FCC84E" w:themeColor="accent6" w:themeTint="BF"/>
          <w:insideH w:val="nil"/>
          <w:insideV w:val="nil"/>
        </w:tcBorders>
        <w:shd w:val="clear" w:color="auto" w:fill="FCB614" w:themeFill="accent6"/>
      </w:tcPr>
    </w:tblStylePr>
    <w:tblStylePr w:type="lastRow">
      <w:pPr>
        <w:spacing w:before="0" w:after="0" w:line="240" w:lineRule="auto"/>
      </w:pPr>
      <w:rPr>
        <w:b/>
        <w:bCs/>
      </w:rPr>
      <w:tblPr/>
      <w:tcPr>
        <w:tcBorders>
          <w:top w:val="double" w:sz="6" w:space="0" w:color="FCC84E" w:themeColor="accent6" w:themeTint="BF"/>
          <w:left w:val="single" w:sz="8" w:space="0" w:color="FCC84E" w:themeColor="accent6" w:themeTint="BF"/>
          <w:bottom w:val="single" w:sz="8" w:space="0" w:color="FCC84E" w:themeColor="accent6" w:themeTint="BF"/>
          <w:right w:val="single" w:sz="8" w:space="0" w:color="FCC84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ECC4" w:themeFill="accent6" w:themeFillTint="3F"/>
      </w:tcPr>
    </w:tblStylePr>
    <w:tblStylePr w:type="band1Horz">
      <w:tblPr/>
      <w:tcPr>
        <w:tcBorders>
          <w:insideH w:val="nil"/>
          <w:insideV w:val="nil"/>
        </w:tcBorders>
        <w:shd w:val="clear" w:color="auto" w:fill="FEECC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122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122A" w:themeFill="accent1"/>
      </w:tcPr>
    </w:tblStylePr>
    <w:tblStylePr w:type="lastCol">
      <w:rPr>
        <w:b/>
        <w:bCs/>
        <w:color w:val="FFFFFF" w:themeColor="background1"/>
      </w:rPr>
      <w:tblPr/>
      <w:tcPr>
        <w:tcBorders>
          <w:left w:val="nil"/>
          <w:right w:val="nil"/>
          <w:insideH w:val="nil"/>
          <w:insideV w:val="nil"/>
        </w:tcBorders>
        <w:shd w:val="clear" w:color="auto" w:fill="AD122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E6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E63" w:themeFill="accent2"/>
      </w:tcPr>
    </w:tblStylePr>
    <w:tblStylePr w:type="lastCol">
      <w:rPr>
        <w:b/>
        <w:bCs/>
        <w:color w:val="FFFFFF" w:themeColor="background1"/>
      </w:rPr>
      <w:tblPr/>
      <w:tcPr>
        <w:tcBorders>
          <w:left w:val="nil"/>
          <w:right w:val="nil"/>
          <w:insideH w:val="nil"/>
          <w:insideV w:val="nil"/>
        </w:tcBorders>
        <w:shd w:val="clear" w:color="auto" w:fill="005E6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B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B9" w:themeFill="accent3"/>
      </w:tcPr>
    </w:tblStylePr>
    <w:tblStylePr w:type="lastCol">
      <w:rPr>
        <w:b/>
        <w:bCs/>
        <w:color w:val="FFFFFF" w:themeColor="background1"/>
      </w:rPr>
      <w:tblPr/>
      <w:tcPr>
        <w:tcBorders>
          <w:left w:val="nil"/>
          <w:right w:val="nil"/>
          <w:insideH w:val="nil"/>
          <w:insideV w:val="nil"/>
        </w:tcBorders>
        <w:shd w:val="clear" w:color="auto" w:fill="00B2B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29DB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29DBF" w:themeFill="accent4"/>
      </w:tcPr>
    </w:tblStylePr>
    <w:tblStylePr w:type="lastCol">
      <w:rPr>
        <w:b/>
        <w:bCs/>
        <w:color w:val="FFFFFF" w:themeColor="background1"/>
      </w:rPr>
      <w:tblPr/>
      <w:tcPr>
        <w:tcBorders>
          <w:left w:val="nil"/>
          <w:right w:val="nil"/>
          <w:insideH w:val="nil"/>
          <w:insideV w:val="nil"/>
        </w:tcBorders>
        <w:shd w:val="clear" w:color="auto" w:fill="129DB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672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6721" w:themeFill="accent5"/>
      </w:tcPr>
    </w:tblStylePr>
    <w:tblStylePr w:type="lastCol">
      <w:rPr>
        <w:b/>
        <w:bCs/>
        <w:color w:val="FFFFFF" w:themeColor="background1"/>
      </w:rPr>
      <w:tblPr/>
      <w:tcPr>
        <w:tcBorders>
          <w:left w:val="nil"/>
          <w:right w:val="nil"/>
          <w:insideH w:val="nil"/>
          <w:insideV w:val="nil"/>
        </w:tcBorders>
        <w:shd w:val="clear" w:color="auto" w:fill="F2672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CB61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CB614" w:themeFill="accent6"/>
      </w:tcPr>
    </w:tblStylePr>
    <w:tblStylePr w:type="lastCol">
      <w:rPr>
        <w:b/>
        <w:bCs/>
        <w:color w:val="FFFFFF" w:themeColor="background1"/>
      </w:rPr>
      <w:tblPr/>
      <w:tcPr>
        <w:tcBorders>
          <w:left w:val="nil"/>
          <w:right w:val="nil"/>
          <w:insideH w:val="nil"/>
          <w:insideV w:val="nil"/>
        </w:tcBorders>
        <w:shd w:val="clear" w:color="auto" w:fill="FCB61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F3A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AD122A" w:themeColor="accent1"/>
        <w:bottom w:val="single" w:sz="8" w:space="0" w:color="AD122A" w:themeColor="accent1"/>
      </w:tblBorders>
    </w:tblPr>
    <w:tblStylePr w:type="firstRow">
      <w:rPr>
        <w:rFonts w:asciiTheme="majorHAnsi" w:eastAsiaTheme="majorEastAsia" w:hAnsiTheme="majorHAnsi" w:cstheme="majorBidi"/>
      </w:rPr>
      <w:tblPr/>
      <w:tcPr>
        <w:tcBorders>
          <w:top w:val="nil"/>
          <w:bottom w:val="single" w:sz="8" w:space="0" w:color="AD122A" w:themeColor="accent1"/>
        </w:tcBorders>
      </w:tcPr>
    </w:tblStylePr>
    <w:tblStylePr w:type="lastRow">
      <w:rPr>
        <w:b/>
        <w:bCs/>
        <w:color w:val="2F3A41" w:themeColor="text2"/>
      </w:rPr>
      <w:tblPr/>
      <w:tcPr>
        <w:tcBorders>
          <w:top w:val="single" w:sz="8" w:space="0" w:color="AD122A" w:themeColor="accent1"/>
          <w:bottom w:val="single" w:sz="8" w:space="0" w:color="AD122A" w:themeColor="accent1"/>
        </w:tcBorders>
      </w:tcPr>
    </w:tblStylePr>
    <w:tblStylePr w:type="firstCol">
      <w:rPr>
        <w:b/>
        <w:bCs/>
      </w:rPr>
    </w:tblStylePr>
    <w:tblStylePr w:type="lastCol">
      <w:rPr>
        <w:b/>
        <w:bCs/>
      </w:rPr>
      <w:tblPr/>
      <w:tcPr>
        <w:tcBorders>
          <w:top w:val="single" w:sz="8" w:space="0" w:color="AD122A" w:themeColor="accent1"/>
          <w:bottom w:val="single" w:sz="8" w:space="0" w:color="AD122A" w:themeColor="accent1"/>
        </w:tcBorders>
      </w:tcPr>
    </w:tblStylePr>
    <w:tblStylePr w:type="band1Vert">
      <w:tblPr/>
      <w:tcPr>
        <w:shd w:val="clear" w:color="auto" w:fill="F7B7C1" w:themeFill="accent1" w:themeFillTint="3F"/>
      </w:tcPr>
    </w:tblStylePr>
    <w:tblStylePr w:type="band1Horz">
      <w:tblPr/>
      <w:tcPr>
        <w:shd w:val="clear" w:color="auto" w:fill="F7B7C1"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005E63" w:themeColor="accent2"/>
        <w:bottom w:val="single" w:sz="8" w:space="0" w:color="005E63" w:themeColor="accent2"/>
      </w:tblBorders>
    </w:tblPr>
    <w:tblStylePr w:type="firstRow">
      <w:rPr>
        <w:rFonts w:asciiTheme="majorHAnsi" w:eastAsiaTheme="majorEastAsia" w:hAnsiTheme="majorHAnsi" w:cstheme="majorBidi"/>
      </w:rPr>
      <w:tblPr/>
      <w:tcPr>
        <w:tcBorders>
          <w:top w:val="nil"/>
          <w:bottom w:val="single" w:sz="8" w:space="0" w:color="005E63" w:themeColor="accent2"/>
        </w:tcBorders>
      </w:tcPr>
    </w:tblStylePr>
    <w:tblStylePr w:type="lastRow">
      <w:rPr>
        <w:b/>
        <w:bCs/>
        <w:color w:val="2F3A41" w:themeColor="text2"/>
      </w:rPr>
      <w:tblPr/>
      <w:tcPr>
        <w:tcBorders>
          <w:top w:val="single" w:sz="8" w:space="0" w:color="005E63" w:themeColor="accent2"/>
          <w:bottom w:val="single" w:sz="8" w:space="0" w:color="005E63" w:themeColor="accent2"/>
        </w:tcBorders>
      </w:tcPr>
    </w:tblStylePr>
    <w:tblStylePr w:type="firstCol">
      <w:rPr>
        <w:b/>
        <w:bCs/>
      </w:rPr>
    </w:tblStylePr>
    <w:tblStylePr w:type="lastCol">
      <w:rPr>
        <w:b/>
        <w:bCs/>
      </w:rPr>
      <w:tblPr/>
      <w:tcPr>
        <w:tcBorders>
          <w:top w:val="single" w:sz="8" w:space="0" w:color="005E63" w:themeColor="accent2"/>
          <w:bottom w:val="single" w:sz="8" w:space="0" w:color="005E63" w:themeColor="accent2"/>
        </w:tcBorders>
      </w:tcPr>
    </w:tblStylePr>
    <w:tblStylePr w:type="band1Vert">
      <w:tblPr/>
      <w:tcPr>
        <w:shd w:val="clear" w:color="auto" w:fill="99F9FF" w:themeFill="accent2" w:themeFillTint="3F"/>
      </w:tcPr>
    </w:tblStylePr>
    <w:tblStylePr w:type="band1Horz">
      <w:tblPr/>
      <w:tcPr>
        <w:shd w:val="clear" w:color="auto" w:fill="99F9FF"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00B2B9" w:themeColor="accent3"/>
        <w:bottom w:val="single" w:sz="8" w:space="0" w:color="00B2B9" w:themeColor="accent3"/>
      </w:tblBorders>
    </w:tblPr>
    <w:tblStylePr w:type="firstRow">
      <w:rPr>
        <w:rFonts w:asciiTheme="majorHAnsi" w:eastAsiaTheme="majorEastAsia" w:hAnsiTheme="majorHAnsi" w:cstheme="majorBidi"/>
      </w:rPr>
      <w:tblPr/>
      <w:tcPr>
        <w:tcBorders>
          <w:top w:val="nil"/>
          <w:bottom w:val="single" w:sz="8" w:space="0" w:color="00B2B9" w:themeColor="accent3"/>
        </w:tcBorders>
      </w:tcPr>
    </w:tblStylePr>
    <w:tblStylePr w:type="lastRow">
      <w:rPr>
        <w:b/>
        <w:bCs/>
        <w:color w:val="2F3A41" w:themeColor="text2"/>
      </w:rPr>
      <w:tblPr/>
      <w:tcPr>
        <w:tcBorders>
          <w:top w:val="single" w:sz="8" w:space="0" w:color="00B2B9" w:themeColor="accent3"/>
          <w:bottom w:val="single" w:sz="8" w:space="0" w:color="00B2B9" w:themeColor="accent3"/>
        </w:tcBorders>
      </w:tcPr>
    </w:tblStylePr>
    <w:tblStylePr w:type="firstCol">
      <w:rPr>
        <w:b/>
        <w:bCs/>
      </w:rPr>
    </w:tblStylePr>
    <w:tblStylePr w:type="lastCol">
      <w:rPr>
        <w:b/>
        <w:bCs/>
      </w:rPr>
      <w:tblPr/>
      <w:tcPr>
        <w:tcBorders>
          <w:top w:val="single" w:sz="8" w:space="0" w:color="00B2B9" w:themeColor="accent3"/>
          <w:bottom w:val="single" w:sz="8" w:space="0" w:color="00B2B9" w:themeColor="accent3"/>
        </w:tcBorders>
      </w:tcPr>
    </w:tblStylePr>
    <w:tblStylePr w:type="band1Vert">
      <w:tblPr/>
      <w:tcPr>
        <w:shd w:val="clear" w:color="auto" w:fill="AEFBFF" w:themeFill="accent3" w:themeFillTint="3F"/>
      </w:tcPr>
    </w:tblStylePr>
    <w:tblStylePr w:type="band1Horz">
      <w:tblPr/>
      <w:tcPr>
        <w:shd w:val="clear" w:color="auto" w:fill="AEFBFF"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129DBF" w:themeColor="accent4"/>
        <w:bottom w:val="single" w:sz="8" w:space="0" w:color="129DBF" w:themeColor="accent4"/>
      </w:tblBorders>
    </w:tblPr>
    <w:tblStylePr w:type="firstRow">
      <w:rPr>
        <w:rFonts w:asciiTheme="majorHAnsi" w:eastAsiaTheme="majorEastAsia" w:hAnsiTheme="majorHAnsi" w:cstheme="majorBidi"/>
      </w:rPr>
      <w:tblPr/>
      <w:tcPr>
        <w:tcBorders>
          <w:top w:val="nil"/>
          <w:bottom w:val="single" w:sz="8" w:space="0" w:color="129DBF" w:themeColor="accent4"/>
        </w:tcBorders>
      </w:tcPr>
    </w:tblStylePr>
    <w:tblStylePr w:type="lastRow">
      <w:rPr>
        <w:b/>
        <w:bCs/>
        <w:color w:val="2F3A41" w:themeColor="text2"/>
      </w:rPr>
      <w:tblPr/>
      <w:tcPr>
        <w:tcBorders>
          <w:top w:val="single" w:sz="8" w:space="0" w:color="129DBF" w:themeColor="accent4"/>
          <w:bottom w:val="single" w:sz="8" w:space="0" w:color="129DBF" w:themeColor="accent4"/>
        </w:tcBorders>
      </w:tcPr>
    </w:tblStylePr>
    <w:tblStylePr w:type="firstCol">
      <w:rPr>
        <w:b/>
        <w:bCs/>
      </w:rPr>
    </w:tblStylePr>
    <w:tblStylePr w:type="lastCol">
      <w:rPr>
        <w:b/>
        <w:bCs/>
      </w:rPr>
      <w:tblPr/>
      <w:tcPr>
        <w:tcBorders>
          <w:top w:val="single" w:sz="8" w:space="0" w:color="129DBF" w:themeColor="accent4"/>
          <w:bottom w:val="single" w:sz="8" w:space="0" w:color="129DBF" w:themeColor="accent4"/>
        </w:tcBorders>
      </w:tcPr>
    </w:tblStylePr>
    <w:tblStylePr w:type="band1Vert">
      <w:tblPr/>
      <w:tcPr>
        <w:shd w:val="clear" w:color="auto" w:fill="BAECF8" w:themeFill="accent4" w:themeFillTint="3F"/>
      </w:tcPr>
    </w:tblStylePr>
    <w:tblStylePr w:type="band1Horz">
      <w:tblPr/>
      <w:tcPr>
        <w:shd w:val="clear" w:color="auto" w:fill="BAECF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F26721" w:themeColor="accent5"/>
        <w:bottom w:val="single" w:sz="8" w:space="0" w:color="F26721" w:themeColor="accent5"/>
      </w:tblBorders>
    </w:tblPr>
    <w:tblStylePr w:type="firstRow">
      <w:rPr>
        <w:rFonts w:asciiTheme="majorHAnsi" w:eastAsiaTheme="majorEastAsia" w:hAnsiTheme="majorHAnsi" w:cstheme="majorBidi"/>
      </w:rPr>
      <w:tblPr/>
      <w:tcPr>
        <w:tcBorders>
          <w:top w:val="nil"/>
          <w:bottom w:val="single" w:sz="8" w:space="0" w:color="F26721" w:themeColor="accent5"/>
        </w:tcBorders>
      </w:tcPr>
    </w:tblStylePr>
    <w:tblStylePr w:type="lastRow">
      <w:rPr>
        <w:b/>
        <w:bCs/>
        <w:color w:val="2F3A41" w:themeColor="text2"/>
      </w:rPr>
      <w:tblPr/>
      <w:tcPr>
        <w:tcBorders>
          <w:top w:val="single" w:sz="8" w:space="0" w:color="F26721" w:themeColor="accent5"/>
          <w:bottom w:val="single" w:sz="8" w:space="0" w:color="F26721" w:themeColor="accent5"/>
        </w:tcBorders>
      </w:tcPr>
    </w:tblStylePr>
    <w:tblStylePr w:type="firstCol">
      <w:rPr>
        <w:b/>
        <w:bCs/>
      </w:rPr>
    </w:tblStylePr>
    <w:tblStylePr w:type="lastCol">
      <w:rPr>
        <w:b/>
        <w:bCs/>
      </w:rPr>
      <w:tblPr/>
      <w:tcPr>
        <w:tcBorders>
          <w:top w:val="single" w:sz="8" w:space="0" w:color="F26721" w:themeColor="accent5"/>
          <w:bottom w:val="single" w:sz="8" w:space="0" w:color="F26721" w:themeColor="accent5"/>
        </w:tcBorders>
      </w:tcPr>
    </w:tblStylePr>
    <w:tblStylePr w:type="band1Vert">
      <w:tblPr/>
      <w:tcPr>
        <w:shd w:val="clear" w:color="auto" w:fill="FBD9C7" w:themeFill="accent5" w:themeFillTint="3F"/>
      </w:tcPr>
    </w:tblStylePr>
    <w:tblStylePr w:type="band1Horz">
      <w:tblPr/>
      <w:tcPr>
        <w:shd w:val="clear" w:color="auto" w:fill="FBD9C7"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CB614" w:themeColor="accent6"/>
        <w:bottom w:val="single" w:sz="8" w:space="0" w:color="FCB614" w:themeColor="accent6"/>
      </w:tblBorders>
    </w:tblPr>
    <w:tblStylePr w:type="firstRow">
      <w:rPr>
        <w:rFonts w:asciiTheme="majorHAnsi" w:eastAsiaTheme="majorEastAsia" w:hAnsiTheme="majorHAnsi" w:cstheme="majorBidi"/>
      </w:rPr>
      <w:tblPr/>
      <w:tcPr>
        <w:tcBorders>
          <w:top w:val="nil"/>
          <w:bottom w:val="single" w:sz="8" w:space="0" w:color="FCB614" w:themeColor="accent6"/>
        </w:tcBorders>
      </w:tcPr>
    </w:tblStylePr>
    <w:tblStylePr w:type="lastRow">
      <w:rPr>
        <w:b/>
        <w:bCs/>
        <w:color w:val="2F3A41" w:themeColor="text2"/>
      </w:rPr>
      <w:tblPr/>
      <w:tcPr>
        <w:tcBorders>
          <w:top w:val="single" w:sz="8" w:space="0" w:color="FCB614" w:themeColor="accent6"/>
          <w:bottom w:val="single" w:sz="8" w:space="0" w:color="FCB614" w:themeColor="accent6"/>
        </w:tcBorders>
      </w:tcPr>
    </w:tblStylePr>
    <w:tblStylePr w:type="firstCol">
      <w:rPr>
        <w:b/>
        <w:bCs/>
      </w:rPr>
    </w:tblStylePr>
    <w:tblStylePr w:type="lastCol">
      <w:rPr>
        <w:b/>
        <w:bCs/>
      </w:rPr>
      <w:tblPr/>
      <w:tcPr>
        <w:tcBorders>
          <w:top w:val="single" w:sz="8" w:space="0" w:color="FCB614" w:themeColor="accent6"/>
          <w:bottom w:val="single" w:sz="8" w:space="0" w:color="FCB614" w:themeColor="accent6"/>
        </w:tcBorders>
      </w:tcPr>
    </w:tblStylePr>
    <w:tblStylePr w:type="band1Vert">
      <w:tblPr/>
      <w:tcPr>
        <w:shd w:val="clear" w:color="auto" w:fill="FEECC4" w:themeFill="accent6" w:themeFillTint="3F"/>
      </w:tcPr>
    </w:tblStylePr>
    <w:tblStylePr w:type="band1Horz">
      <w:tblPr/>
      <w:tcPr>
        <w:shd w:val="clear" w:color="auto" w:fill="FEECC4"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D122A" w:themeColor="accent1"/>
        <w:left w:val="single" w:sz="8" w:space="0" w:color="AD122A" w:themeColor="accent1"/>
        <w:bottom w:val="single" w:sz="8" w:space="0" w:color="AD122A" w:themeColor="accent1"/>
        <w:right w:val="single" w:sz="8" w:space="0" w:color="AD122A" w:themeColor="accent1"/>
      </w:tblBorders>
    </w:tblPr>
    <w:tblStylePr w:type="firstRow">
      <w:rPr>
        <w:sz w:val="24"/>
        <w:szCs w:val="24"/>
      </w:rPr>
      <w:tblPr/>
      <w:tcPr>
        <w:tcBorders>
          <w:top w:val="nil"/>
          <w:left w:val="nil"/>
          <w:bottom w:val="single" w:sz="24" w:space="0" w:color="AD122A" w:themeColor="accent1"/>
          <w:right w:val="nil"/>
          <w:insideH w:val="nil"/>
          <w:insideV w:val="nil"/>
        </w:tcBorders>
        <w:shd w:val="clear" w:color="auto" w:fill="FFFFFF" w:themeFill="background1"/>
      </w:tcPr>
    </w:tblStylePr>
    <w:tblStylePr w:type="lastRow">
      <w:tblPr/>
      <w:tcPr>
        <w:tcBorders>
          <w:top w:val="single" w:sz="8" w:space="0" w:color="AD122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122A" w:themeColor="accent1"/>
          <w:insideH w:val="nil"/>
          <w:insideV w:val="nil"/>
        </w:tcBorders>
        <w:shd w:val="clear" w:color="auto" w:fill="FFFFFF" w:themeFill="background1"/>
      </w:tcPr>
    </w:tblStylePr>
    <w:tblStylePr w:type="lastCol">
      <w:tblPr/>
      <w:tcPr>
        <w:tcBorders>
          <w:top w:val="nil"/>
          <w:left w:val="single" w:sz="8" w:space="0" w:color="AD122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B7C1" w:themeFill="accent1" w:themeFillTint="3F"/>
      </w:tcPr>
    </w:tblStylePr>
    <w:tblStylePr w:type="band1Horz">
      <w:tblPr/>
      <w:tcPr>
        <w:tcBorders>
          <w:top w:val="nil"/>
          <w:bottom w:val="nil"/>
          <w:insideH w:val="nil"/>
          <w:insideV w:val="nil"/>
        </w:tcBorders>
        <w:shd w:val="clear" w:color="auto" w:fill="F7B7C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E63" w:themeColor="accent2"/>
        <w:left w:val="single" w:sz="8" w:space="0" w:color="005E63" w:themeColor="accent2"/>
        <w:bottom w:val="single" w:sz="8" w:space="0" w:color="005E63" w:themeColor="accent2"/>
        <w:right w:val="single" w:sz="8" w:space="0" w:color="005E63" w:themeColor="accent2"/>
      </w:tblBorders>
    </w:tblPr>
    <w:tblStylePr w:type="firstRow">
      <w:rPr>
        <w:sz w:val="24"/>
        <w:szCs w:val="24"/>
      </w:rPr>
      <w:tblPr/>
      <w:tcPr>
        <w:tcBorders>
          <w:top w:val="nil"/>
          <w:left w:val="nil"/>
          <w:bottom w:val="single" w:sz="24" w:space="0" w:color="005E63" w:themeColor="accent2"/>
          <w:right w:val="nil"/>
          <w:insideH w:val="nil"/>
          <w:insideV w:val="nil"/>
        </w:tcBorders>
        <w:shd w:val="clear" w:color="auto" w:fill="FFFFFF" w:themeFill="background1"/>
      </w:tcPr>
    </w:tblStylePr>
    <w:tblStylePr w:type="lastRow">
      <w:tblPr/>
      <w:tcPr>
        <w:tcBorders>
          <w:top w:val="single" w:sz="8" w:space="0" w:color="005E6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63" w:themeColor="accent2"/>
          <w:insideH w:val="nil"/>
          <w:insideV w:val="nil"/>
        </w:tcBorders>
        <w:shd w:val="clear" w:color="auto" w:fill="FFFFFF" w:themeFill="background1"/>
      </w:tcPr>
    </w:tblStylePr>
    <w:tblStylePr w:type="lastCol">
      <w:tblPr/>
      <w:tcPr>
        <w:tcBorders>
          <w:top w:val="nil"/>
          <w:left w:val="single" w:sz="8" w:space="0" w:color="005E6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9F9FF" w:themeFill="accent2" w:themeFillTint="3F"/>
      </w:tcPr>
    </w:tblStylePr>
    <w:tblStylePr w:type="band1Horz">
      <w:tblPr/>
      <w:tcPr>
        <w:tcBorders>
          <w:top w:val="nil"/>
          <w:bottom w:val="nil"/>
          <w:insideH w:val="nil"/>
          <w:insideV w:val="nil"/>
        </w:tcBorders>
        <w:shd w:val="clear" w:color="auto" w:fill="99F9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2B9" w:themeColor="accent3"/>
        <w:left w:val="single" w:sz="8" w:space="0" w:color="00B2B9" w:themeColor="accent3"/>
        <w:bottom w:val="single" w:sz="8" w:space="0" w:color="00B2B9" w:themeColor="accent3"/>
        <w:right w:val="single" w:sz="8" w:space="0" w:color="00B2B9" w:themeColor="accent3"/>
      </w:tblBorders>
    </w:tblPr>
    <w:tblStylePr w:type="firstRow">
      <w:rPr>
        <w:sz w:val="24"/>
        <w:szCs w:val="24"/>
      </w:rPr>
      <w:tblPr/>
      <w:tcPr>
        <w:tcBorders>
          <w:top w:val="nil"/>
          <w:left w:val="nil"/>
          <w:bottom w:val="single" w:sz="24" w:space="0" w:color="00B2B9" w:themeColor="accent3"/>
          <w:right w:val="nil"/>
          <w:insideH w:val="nil"/>
          <w:insideV w:val="nil"/>
        </w:tcBorders>
        <w:shd w:val="clear" w:color="auto" w:fill="FFFFFF" w:themeFill="background1"/>
      </w:tcPr>
    </w:tblStylePr>
    <w:tblStylePr w:type="lastRow">
      <w:tblPr/>
      <w:tcPr>
        <w:tcBorders>
          <w:top w:val="single" w:sz="8" w:space="0" w:color="00B2B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B9" w:themeColor="accent3"/>
          <w:insideH w:val="nil"/>
          <w:insideV w:val="nil"/>
        </w:tcBorders>
        <w:shd w:val="clear" w:color="auto" w:fill="FFFFFF" w:themeFill="background1"/>
      </w:tcPr>
    </w:tblStylePr>
    <w:tblStylePr w:type="lastCol">
      <w:tblPr/>
      <w:tcPr>
        <w:tcBorders>
          <w:top w:val="nil"/>
          <w:left w:val="single" w:sz="8" w:space="0" w:color="00B2B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FBFF" w:themeFill="accent3" w:themeFillTint="3F"/>
      </w:tcPr>
    </w:tblStylePr>
    <w:tblStylePr w:type="band1Horz">
      <w:tblPr/>
      <w:tcPr>
        <w:tcBorders>
          <w:top w:val="nil"/>
          <w:bottom w:val="nil"/>
          <w:insideH w:val="nil"/>
          <w:insideV w:val="nil"/>
        </w:tcBorders>
        <w:shd w:val="clear" w:color="auto" w:fill="AEFB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29DBF" w:themeColor="accent4"/>
        <w:left w:val="single" w:sz="8" w:space="0" w:color="129DBF" w:themeColor="accent4"/>
        <w:bottom w:val="single" w:sz="8" w:space="0" w:color="129DBF" w:themeColor="accent4"/>
        <w:right w:val="single" w:sz="8" w:space="0" w:color="129DBF" w:themeColor="accent4"/>
      </w:tblBorders>
    </w:tblPr>
    <w:tblStylePr w:type="firstRow">
      <w:rPr>
        <w:sz w:val="24"/>
        <w:szCs w:val="24"/>
      </w:rPr>
      <w:tblPr/>
      <w:tcPr>
        <w:tcBorders>
          <w:top w:val="nil"/>
          <w:left w:val="nil"/>
          <w:bottom w:val="single" w:sz="24" w:space="0" w:color="129DBF" w:themeColor="accent4"/>
          <w:right w:val="nil"/>
          <w:insideH w:val="nil"/>
          <w:insideV w:val="nil"/>
        </w:tcBorders>
        <w:shd w:val="clear" w:color="auto" w:fill="FFFFFF" w:themeFill="background1"/>
      </w:tcPr>
    </w:tblStylePr>
    <w:tblStylePr w:type="lastRow">
      <w:tblPr/>
      <w:tcPr>
        <w:tcBorders>
          <w:top w:val="single" w:sz="8" w:space="0" w:color="129DB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29DBF" w:themeColor="accent4"/>
          <w:insideH w:val="nil"/>
          <w:insideV w:val="nil"/>
        </w:tcBorders>
        <w:shd w:val="clear" w:color="auto" w:fill="FFFFFF" w:themeFill="background1"/>
      </w:tcPr>
    </w:tblStylePr>
    <w:tblStylePr w:type="lastCol">
      <w:tblPr/>
      <w:tcPr>
        <w:tcBorders>
          <w:top w:val="nil"/>
          <w:left w:val="single" w:sz="8" w:space="0" w:color="129DB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ECF8" w:themeFill="accent4" w:themeFillTint="3F"/>
      </w:tcPr>
    </w:tblStylePr>
    <w:tblStylePr w:type="band1Horz">
      <w:tblPr/>
      <w:tcPr>
        <w:tcBorders>
          <w:top w:val="nil"/>
          <w:bottom w:val="nil"/>
          <w:insideH w:val="nil"/>
          <w:insideV w:val="nil"/>
        </w:tcBorders>
        <w:shd w:val="clear" w:color="auto" w:fill="BAECF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6721" w:themeColor="accent5"/>
        <w:left w:val="single" w:sz="8" w:space="0" w:color="F26721" w:themeColor="accent5"/>
        <w:bottom w:val="single" w:sz="8" w:space="0" w:color="F26721" w:themeColor="accent5"/>
        <w:right w:val="single" w:sz="8" w:space="0" w:color="F26721" w:themeColor="accent5"/>
      </w:tblBorders>
    </w:tblPr>
    <w:tblStylePr w:type="firstRow">
      <w:rPr>
        <w:sz w:val="24"/>
        <w:szCs w:val="24"/>
      </w:rPr>
      <w:tblPr/>
      <w:tcPr>
        <w:tcBorders>
          <w:top w:val="nil"/>
          <w:left w:val="nil"/>
          <w:bottom w:val="single" w:sz="24" w:space="0" w:color="F26721" w:themeColor="accent5"/>
          <w:right w:val="nil"/>
          <w:insideH w:val="nil"/>
          <w:insideV w:val="nil"/>
        </w:tcBorders>
        <w:shd w:val="clear" w:color="auto" w:fill="FFFFFF" w:themeFill="background1"/>
      </w:tcPr>
    </w:tblStylePr>
    <w:tblStylePr w:type="lastRow">
      <w:tblPr/>
      <w:tcPr>
        <w:tcBorders>
          <w:top w:val="single" w:sz="8" w:space="0" w:color="F2672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6721" w:themeColor="accent5"/>
          <w:insideH w:val="nil"/>
          <w:insideV w:val="nil"/>
        </w:tcBorders>
        <w:shd w:val="clear" w:color="auto" w:fill="FFFFFF" w:themeFill="background1"/>
      </w:tcPr>
    </w:tblStylePr>
    <w:tblStylePr w:type="lastCol">
      <w:tblPr/>
      <w:tcPr>
        <w:tcBorders>
          <w:top w:val="nil"/>
          <w:left w:val="single" w:sz="8" w:space="0" w:color="F2672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9C7" w:themeFill="accent5" w:themeFillTint="3F"/>
      </w:tcPr>
    </w:tblStylePr>
    <w:tblStylePr w:type="band1Horz">
      <w:tblPr/>
      <w:tcPr>
        <w:tcBorders>
          <w:top w:val="nil"/>
          <w:bottom w:val="nil"/>
          <w:insideH w:val="nil"/>
          <w:insideV w:val="nil"/>
        </w:tcBorders>
        <w:shd w:val="clear" w:color="auto" w:fill="FBD9C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CB614" w:themeColor="accent6"/>
        <w:left w:val="single" w:sz="8" w:space="0" w:color="FCB614" w:themeColor="accent6"/>
        <w:bottom w:val="single" w:sz="8" w:space="0" w:color="FCB614" w:themeColor="accent6"/>
        <w:right w:val="single" w:sz="8" w:space="0" w:color="FCB614" w:themeColor="accent6"/>
      </w:tblBorders>
    </w:tblPr>
    <w:tblStylePr w:type="firstRow">
      <w:rPr>
        <w:sz w:val="24"/>
        <w:szCs w:val="24"/>
      </w:rPr>
      <w:tblPr/>
      <w:tcPr>
        <w:tcBorders>
          <w:top w:val="nil"/>
          <w:left w:val="nil"/>
          <w:bottom w:val="single" w:sz="24" w:space="0" w:color="FCB614" w:themeColor="accent6"/>
          <w:right w:val="nil"/>
          <w:insideH w:val="nil"/>
          <w:insideV w:val="nil"/>
        </w:tcBorders>
        <w:shd w:val="clear" w:color="auto" w:fill="FFFFFF" w:themeFill="background1"/>
      </w:tcPr>
    </w:tblStylePr>
    <w:tblStylePr w:type="lastRow">
      <w:tblPr/>
      <w:tcPr>
        <w:tcBorders>
          <w:top w:val="single" w:sz="8" w:space="0" w:color="FCB61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CB614" w:themeColor="accent6"/>
          <w:insideH w:val="nil"/>
          <w:insideV w:val="nil"/>
        </w:tcBorders>
        <w:shd w:val="clear" w:color="auto" w:fill="FFFFFF" w:themeFill="background1"/>
      </w:tcPr>
    </w:tblStylePr>
    <w:tblStylePr w:type="lastCol">
      <w:tblPr/>
      <w:tcPr>
        <w:tcBorders>
          <w:top w:val="nil"/>
          <w:left w:val="single" w:sz="8" w:space="0" w:color="FCB61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CC4" w:themeFill="accent6" w:themeFillTint="3F"/>
      </w:tcPr>
    </w:tblStylePr>
    <w:tblStylePr w:type="band1Horz">
      <w:tblPr/>
      <w:tcPr>
        <w:tcBorders>
          <w:top w:val="nil"/>
          <w:bottom w:val="nil"/>
          <w:insideH w:val="nil"/>
          <w:insideV w:val="nil"/>
        </w:tcBorders>
        <w:shd w:val="clear" w:color="auto" w:fill="FEECC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E82644" w:themeColor="accent1" w:themeTint="BF"/>
        <w:left w:val="single" w:sz="8" w:space="0" w:color="E82644" w:themeColor="accent1" w:themeTint="BF"/>
        <w:bottom w:val="single" w:sz="8" w:space="0" w:color="E82644" w:themeColor="accent1" w:themeTint="BF"/>
        <w:right w:val="single" w:sz="8" w:space="0" w:color="E82644" w:themeColor="accent1" w:themeTint="BF"/>
        <w:insideH w:val="single" w:sz="8" w:space="0" w:color="E82644" w:themeColor="accent1" w:themeTint="BF"/>
        <w:insideV w:val="single" w:sz="8" w:space="0" w:color="E82644" w:themeColor="accent1" w:themeTint="BF"/>
      </w:tblBorders>
    </w:tblPr>
    <w:tcPr>
      <w:shd w:val="clear" w:color="auto" w:fill="F7B7C1" w:themeFill="accent1" w:themeFillTint="3F"/>
    </w:tcPr>
    <w:tblStylePr w:type="firstRow">
      <w:rPr>
        <w:b/>
        <w:bCs/>
      </w:rPr>
    </w:tblStylePr>
    <w:tblStylePr w:type="lastRow">
      <w:rPr>
        <w:b/>
        <w:bCs/>
      </w:rPr>
      <w:tblPr/>
      <w:tcPr>
        <w:tcBorders>
          <w:top w:val="single" w:sz="18" w:space="0" w:color="E82644" w:themeColor="accent1" w:themeTint="BF"/>
        </w:tcBorders>
      </w:tcPr>
    </w:tblStylePr>
    <w:tblStylePr w:type="firstCol">
      <w:rPr>
        <w:b/>
        <w:bCs/>
      </w:rPr>
    </w:tblStylePr>
    <w:tblStylePr w:type="lastCol">
      <w:rPr>
        <w:b/>
        <w:bCs/>
      </w:rPr>
    </w:tblStylePr>
    <w:tblStylePr w:type="band1Vert">
      <w:tblPr/>
      <w:tcPr>
        <w:shd w:val="clear" w:color="auto" w:fill="F06F82" w:themeFill="accent1" w:themeFillTint="7F"/>
      </w:tcPr>
    </w:tblStylePr>
    <w:tblStylePr w:type="band1Horz">
      <w:tblPr/>
      <w:tcPr>
        <w:shd w:val="clear" w:color="auto" w:fill="F06F82"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00BFCA" w:themeColor="accent2" w:themeTint="BF"/>
        <w:left w:val="single" w:sz="8" w:space="0" w:color="00BFCA" w:themeColor="accent2" w:themeTint="BF"/>
        <w:bottom w:val="single" w:sz="8" w:space="0" w:color="00BFCA" w:themeColor="accent2" w:themeTint="BF"/>
        <w:right w:val="single" w:sz="8" w:space="0" w:color="00BFCA" w:themeColor="accent2" w:themeTint="BF"/>
        <w:insideH w:val="single" w:sz="8" w:space="0" w:color="00BFCA" w:themeColor="accent2" w:themeTint="BF"/>
        <w:insideV w:val="single" w:sz="8" w:space="0" w:color="00BFCA" w:themeColor="accent2" w:themeTint="BF"/>
      </w:tblBorders>
    </w:tblPr>
    <w:tcPr>
      <w:shd w:val="clear" w:color="auto" w:fill="99F9FF" w:themeFill="accent2" w:themeFillTint="3F"/>
    </w:tcPr>
    <w:tblStylePr w:type="firstRow">
      <w:rPr>
        <w:b/>
        <w:bCs/>
      </w:rPr>
    </w:tblStylePr>
    <w:tblStylePr w:type="lastRow">
      <w:rPr>
        <w:b/>
        <w:bCs/>
      </w:rPr>
      <w:tblPr/>
      <w:tcPr>
        <w:tcBorders>
          <w:top w:val="single" w:sz="18" w:space="0" w:color="00BFCA" w:themeColor="accent2" w:themeTint="BF"/>
        </w:tcBorders>
      </w:tcPr>
    </w:tblStylePr>
    <w:tblStylePr w:type="firstCol">
      <w:rPr>
        <w:b/>
        <w:bCs/>
      </w:rPr>
    </w:tblStylePr>
    <w:tblStylePr w:type="lastCol">
      <w:rPr>
        <w:b/>
        <w:bCs/>
      </w:rPr>
    </w:tblStylePr>
    <w:tblStylePr w:type="band1Vert">
      <w:tblPr/>
      <w:tcPr>
        <w:shd w:val="clear" w:color="auto" w:fill="32F4FF" w:themeFill="accent2" w:themeFillTint="7F"/>
      </w:tcPr>
    </w:tblStylePr>
    <w:tblStylePr w:type="band1Horz">
      <w:tblPr/>
      <w:tcPr>
        <w:shd w:val="clear" w:color="auto" w:fill="32F4FF"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0BF5FF" w:themeColor="accent3" w:themeTint="BF"/>
        <w:left w:val="single" w:sz="8" w:space="0" w:color="0BF5FF" w:themeColor="accent3" w:themeTint="BF"/>
        <w:bottom w:val="single" w:sz="8" w:space="0" w:color="0BF5FF" w:themeColor="accent3" w:themeTint="BF"/>
        <w:right w:val="single" w:sz="8" w:space="0" w:color="0BF5FF" w:themeColor="accent3" w:themeTint="BF"/>
        <w:insideH w:val="single" w:sz="8" w:space="0" w:color="0BF5FF" w:themeColor="accent3" w:themeTint="BF"/>
        <w:insideV w:val="single" w:sz="8" w:space="0" w:color="0BF5FF" w:themeColor="accent3" w:themeTint="BF"/>
      </w:tblBorders>
    </w:tblPr>
    <w:tcPr>
      <w:shd w:val="clear" w:color="auto" w:fill="AEFBFF" w:themeFill="accent3" w:themeFillTint="3F"/>
    </w:tcPr>
    <w:tblStylePr w:type="firstRow">
      <w:rPr>
        <w:b/>
        <w:bCs/>
      </w:rPr>
    </w:tblStylePr>
    <w:tblStylePr w:type="lastRow">
      <w:rPr>
        <w:b/>
        <w:bCs/>
      </w:rPr>
      <w:tblPr/>
      <w:tcPr>
        <w:tcBorders>
          <w:top w:val="single" w:sz="18" w:space="0" w:color="0BF5FF" w:themeColor="accent3" w:themeTint="BF"/>
        </w:tcBorders>
      </w:tcPr>
    </w:tblStylePr>
    <w:tblStylePr w:type="firstCol">
      <w:rPr>
        <w:b/>
        <w:bCs/>
      </w:rPr>
    </w:tblStylePr>
    <w:tblStylePr w:type="lastCol">
      <w:rPr>
        <w:b/>
        <w:bCs/>
      </w:rPr>
    </w:tblStylePr>
    <w:tblStylePr w:type="band1Vert">
      <w:tblPr/>
      <w:tcPr>
        <w:shd w:val="clear" w:color="auto" w:fill="5DF8FF" w:themeFill="accent3" w:themeFillTint="7F"/>
      </w:tcPr>
    </w:tblStylePr>
    <w:tblStylePr w:type="band1Horz">
      <w:tblPr/>
      <w:tcPr>
        <w:shd w:val="clear" w:color="auto" w:fill="5DF8FF"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0C6EB" w:themeColor="accent4" w:themeTint="BF"/>
        <w:left w:val="single" w:sz="8" w:space="0" w:color="30C6EB" w:themeColor="accent4" w:themeTint="BF"/>
        <w:bottom w:val="single" w:sz="8" w:space="0" w:color="30C6EB" w:themeColor="accent4" w:themeTint="BF"/>
        <w:right w:val="single" w:sz="8" w:space="0" w:color="30C6EB" w:themeColor="accent4" w:themeTint="BF"/>
        <w:insideH w:val="single" w:sz="8" w:space="0" w:color="30C6EB" w:themeColor="accent4" w:themeTint="BF"/>
        <w:insideV w:val="single" w:sz="8" w:space="0" w:color="30C6EB" w:themeColor="accent4" w:themeTint="BF"/>
      </w:tblBorders>
    </w:tblPr>
    <w:tcPr>
      <w:shd w:val="clear" w:color="auto" w:fill="BAECF8" w:themeFill="accent4" w:themeFillTint="3F"/>
    </w:tcPr>
    <w:tblStylePr w:type="firstRow">
      <w:rPr>
        <w:b/>
        <w:bCs/>
      </w:rPr>
    </w:tblStylePr>
    <w:tblStylePr w:type="lastRow">
      <w:rPr>
        <w:b/>
        <w:bCs/>
      </w:rPr>
      <w:tblPr/>
      <w:tcPr>
        <w:tcBorders>
          <w:top w:val="single" w:sz="18" w:space="0" w:color="30C6EB" w:themeColor="accent4" w:themeTint="BF"/>
        </w:tcBorders>
      </w:tcPr>
    </w:tblStylePr>
    <w:tblStylePr w:type="firstCol">
      <w:rPr>
        <w:b/>
        <w:bCs/>
      </w:rPr>
    </w:tblStylePr>
    <w:tblStylePr w:type="lastCol">
      <w:rPr>
        <w:b/>
        <w:bCs/>
      </w:rPr>
    </w:tblStylePr>
    <w:tblStylePr w:type="band1Vert">
      <w:tblPr/>
      <w:tcPr>
        <w:shd w:val="clear" w:color="auto" w:fill="75D9F2" w:themeFill="accent4" w:themeFillTint="7F"/>
      </w:tcPr>
    </w:tblStylePr>
    <w:tblStylePr w:type="band1Horz">
      <w:tblPr/>
      <w:tcPr>
        <w:shd w:val="clear" w:color="auto" w:fill="75D9F2"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F58C58" w:themeColor="accent5" w:themeTint="BF"/>
        <w:left w:val="single" w:sz="8" w:space="0" w:color="F58C58" w:themeColor="accent5" w:themeTint="BF"/>
        <w:bottom w:val="single" w:sz="8" w:space="0" w:color="F58C58" w:themeColor="accent5" w:themeTint="BF"/>
        <w:right w:val="single" w:sz="8" w:space="0" w:color="F58C58" w:themeColor="accent5" w:themeTint="BF"/>
        <w:insideH w:val="single" w:sz="8" w:space="0" w:color="F58C58" w:themeColor="accent5" w:themeTint="BF"/>
        <w:insideV w:val="single" w:sz="8" w:space="0" w:color="F58C58" w:themeColor="accent5" w:themeTint="BF"/>
      </w:tblBorders>
    </w:tblPr>
    <w:tcPr>
      <w:shd w:val="clear" w:color="auto" w:fill="FBD9C7" w:themeFill="accent5" w:themeFillTint="3F"/>
    </w:tcPr>
    <w:tblStylePr w:type="firstRow">
      <w:rPr>
        <w:b/>
        <w:bCs/>
      </w:rPr>
    </w:tblStylePr>
    <w:tblStylePr w:type="lastRow">
      <w:rPr>
        <w:b/>
        <w:bCs/>
      </w:rPr>
      <w:tblPr/>
      <w:tcPr>
        <w:tcBorders>
          <w:top w:val="single" w:sz="18" w:space="0" w:color="F58C58" w:themeColor="accent5" w:themeTint="BF"/>
        </w:tcBorders>
      </w:tcPr>
    </w:tblStylePr>
    <w:tblStylePr w:type="firstCol">
      <w:rPr>
        <w:b/>
        <w:bCs/>
      </w:rPr>
    </w:tblStylePr>
    <w:tblStylePr w:type="lastCol">
      <w:rPr>
        <w:b/>
        <w:bCs/>
      </w:rPr>
    </w:tblStylePr>
    <w:tblStylePr w:type="band1Vert">
      <w:tblPr/>
      <w:tcPr>
        <w:shd w:val="clear" w:color="auto" w:fill="F8B290" w:themeFill="accent5" w:themeFillTint="7F"/>
      </w:tcPr>
    </w:tblStylePr>
    <w:tblStylePr w:type="band1Horz">
      <w:tblPr/>
      <w:tcPr>
        <w:shd w:val="clear" w:color="auto" w:fill="F8B290"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CC84E" w:themeColor="accent6" w:themeTint="BF"/>
        <w:left w:val="single" w:sz="8" w:space="0" w:color="FCC84E" w:themeColor="accent6" w:themeTint="BF"/>
        <w:bottom w:val="single" w:sz="8" w:space="0" w:color="FCC84E" w:themeColor="accent6" w:themeTint="BF"/>
        <w:right w:val="single" w:sz="8" w:space="0" w:color="FCC84E" w:themeColor="accent6" w:themeTint="BF"/>
        <w:insideH w:val="single" w:sz="8" w:space="0" w:color="FCC84E" w:themeColor="accent6" w:themeTint="BF"/>
        <w:insideV w:val="single" w:sz="8" w:space="0" w:color="FCC84E" w:themeColor="accent6" w:themeTint="BF"/>
      </w:tblBorders>
    </w:tblPr>
    <w:tcPr>
      <w:shd w:val="clear" w:color="auto" w:fill="FEECC4" w:themeFill="accent6" w:themeFillTint="3F"/>
    </w:tcPr>
    <w:tblStylePr w:type="firstRow">
      <w:rPr>
        <w:b/>
        <w:bCs/>
      </w:rPr>
    </w:tblStylePr>
    <w:tblStylePr w:type="lastRow">
      <w:rPr>
        <w:b/>
        <w:bCs/>
      </w:rPr>
      <w:tblPr/>
      <w:tcPr>
        <w:tcBorders>
          <w:top w:val="single" w:sz="18" w:space="0" w:color="FCC84E" w:themeColor="accent6" w:themeTint="BF"/>
        </w:tcBorders>
      </w:tcPr>
    </w:tblStylePr>
    <w:tblStylePr w:type="firstCol">
      <w:rPr>
        <w:b/>
        <w:bCs/>
      </w:rPr>
    </w:tblStylePr>
    <w:tblStylePr w:type="lastCol">
      <w:rPr>
        <w:b/>
        <w:bCs/>
      </w:rPr>
    </w:tblStylePr>
    <w:tblStylePr w:type="band1Vert">
      <w:tblPr/>
      <w:tcPr>
        <w:shd w:val="clear" w:color="auto" w:fill="FDDA89" w:themeFill="accent6" w:themeFillTint="7F"/>
      </w:tcPr>
    </w:tblStylePr>
    <w:tblStylePr w:type="band1Horz">
      <w:tblPr/>
      <w:tcPr>
        <w:shd w:val="clear" w:color="auto" w:fill="FDDA89"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D122A" w:themeColor="accent1"/>
        <w:left w:val="single" w:sz="8" w:space="0" w:color="AD122A" w:themeColor="accent1"/>
        <w:bottom w:val="single" w:sz="8" w:space="0" w:color="AD122A" w:themeColor="accent1"/>
        <w:right w:val="single" w:sz="8" w:space="0" w:color="AD122A" w:themeColor="accent1"/>
        <w:insideH w:val="single" w:sz="8" w:space="0" w:color="AD122A" w:themeColor="accent1"/>
        <w:insideV w:val="single" w:sz="8" w:space="0" w:color="AD122A" w:themeColor="accent1"/>
      </w:tblBorders>
    </w:tblPr>
    <w:tcPr>
      <w:shd w:val="clear" w:color="auto" w:fill="F7B7C1" w:themeFill="accent1" w:themeFillTint="3F"/>
    </w:tcPr>
    <w:tblStylePr w:type="firstRow">
      <w:rPr>
        <w:b/>
        <w:bCs/>
        <w:color w:val="000000" w:themeColor="text1"/>
      </w:rPr>
      <w:tblPr/>
      <w:tcPr>
        <w:shd w:val="clear" w:color="auto" w:fill="FCE2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5CC" w:themeFill="accent1" w:themeFillTint="33"/>
      </w:tcPr>
    </w:tblStylePr>
    <w:tblStylePr w:type="band1Vert">
      <w:tblPr/>
      <w:tcPr>
        <w:shd w:val="clear" w:color="auto" w:fill="F06F82" w:themeFill="accent1" w:themeFillTint="7F"/>
      </w:tcPr>
    </w:tblStylePr>
    <w:tblStylePr w:type="band1Horz">
      <w:tblPr/>
      <w:tcPr>
        <w:tcBorders>
          <w:insideH w:val="single" w:sz="6" w:space="0" w:color="AD122A" w:themeColor="accent1"/>
          <w:insideV w:val="single" w:sz="6" w:space="0" w:color="AD122A" w:themeColor="accent1"/>
        </w:tcBorders>
        <w:shd w:val="clear" w:color="auto" w:fill="F06F8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E63" w:themeColor="accent2"/>
        <w:left w:val="single" w:sz="8" w:space="0" w:color="005E63" w:themeColor="accent2"/>
        <w:bottom w:val="single" w:sz="8" w:space="0" w:color="005E63" w:themeColor="accent2"/>
        <w:right w:val="single" w:sz="8" w:space="0" w:color="005E63" w:themeColor="accent2"/>
        <w:insideH w:val="single" w:sz="8" w:space="0" w:color="005E63" w:themeColor="accent2"/>
        <w:insideV w:val="single" w:sz="8" w:space="0" w:color="005E63" w:themeColor="accent2"/>
      </w:tblBorders>
    </w:tblPr>
    <w:tcPr>
      <w:shd w:val="clear" w:color="auto" w:fill="99F9FF" w:themeFill="accent2" w:themeFillTint="3F"/>
    </w:tcPr>
    <w:tblStylePr w:type="firstRow">
      <w:rPr>
        <w:b/>
        <w:bCs/>
        <w:color w:val="000000" w:themeColor="text1"/>
      </w:rPr>
      <w:tblPr/>
      <w:tcPr>
        <w:shd w:val="clear" w:color="auto" w:fill="D6FC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CFAFF" w:themeFill="accent2" w:themeFillTint="33"/>
      </w:tcPr>
    </w:tblStylePr>
    <w:tblStylePr w:type="band1Vert">
      <w:tblPr/>
      <w:tcPr>
        <w:shd w:val="clear" w:color="auto" w:fill="32F4FF" w:themeFill="accent2" w:themeFillTint="7F"/>
      </w:tcPr>
    </w:tblStylePr>
    <w:tblStylePr w:type="band1Horz">
      <w:tblPr/>
      <w:tcPr>
        <w:tcBorders>
          <w:insideH w:val="single" w:sz="6" w:space="0" w:color="005E63" w:themeColor="accent2"/>
          <w:insideV w:val="single" w:sz="6" w:space="0" w:color="005E63" w:themeColor="accent2"/>
        </w:tcBorders>
        <w:shd w:val="clear" w:color="auto" w:fill="32F4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2B9" w:themeColor="accent3"/>
        <w:left w:val="single" w:sz="8" w:space="0" w:color="00B2B9" w:themeColor="accent3"/>
        <w:bottom w:val="single" w:sz="8" w:space="0" w:color="00B2B9" w:themeColor="accent3"/>
        <w:right w:val="single" w:sz="8" w:space="0" w:color="00B2B9" w:themeColor="accent3"/>
        <w:insideH w:val="single" w:sz="8" w:space="0" w:color="00B2B9" w:themeColor="accent3"/>
        <w:insideV w:val="single" w:sz="8" w:space="0" w:color="00B2B9" w:themeColor="accent3"/>
      </w:tblBorders>
    </w:tblPr>
    <w:tcPr>
      <w:shd w:val="clear" w:color="auto" w:fill="AEFBFF" w:themeFill="accent3" w:themeFillTint="3F"/>
    </w:tcPr>
    <w:tblStylePr w:type="firstRow">
      <w:rPr>
        <w:b/>
        <w:bCs/>
        <w:color w:val="000000" w:themeColor="text1"/>
      </w:rPr>
      <w:tblPr/>
      <w:tcPr>
        <w:shd w:val="clear" w:color="auto" w:fill="DFFD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FCFF" w:themeFill="accent3" w:themeFillTint="33"/>
      </w:tcPr>
    </w:tblStylePr>
    <w:tblStylePr w:type="band1Vert">
      <w:tblPr/>
      <w:tcPr>
        <w:shd w:val="clear" w:color="auto" w:fill="5DF8FF" w:themeFill="accent3" w:themeFillTint="7F"/>
      </w:tcPr>
    </w:tblStylePr>
    <w:tblStylePr w:type="band1Horz">
      <w:tblPr/>
      <w:tcPr>
        <w:tcBorders>
          <w:insideH w:val="single" w:sz="6" w:space="0" w:color="00B2B9" w:themeColor="accent3"/>
          <w:insideV w:val="single" w:sz="6" w:space="0" w:color="00B2B9" w:themeColor="accent3"/>
        </w:tcBorders>
        <w:shd w:val="clear" w:color="auto" w:fill="5DF8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29DBF" w:themeColor="accent4"/>
        <w:left w:val="single" w:sz="8" w:space="0" w:color="129DBF" w:themeColor="accent4"/>
        <w:bottom w:val="single" w:sz="8" w:space="0" w:color="129DBF" w:themeColor="accent4"/>
        <w:right w:val="single" w:sz="8" w:space="0" w:color="129DBF" w:themeColor="accent4"/>
        <w:insideH w:val="single" w:sz="8" w:space="0" w:color="129DBF" w:themeColor="accent4"/>
        <w:insideV w:val="single" w:sz="8" w:space="0" w:color="129DBF" w:themeColor="accent4"/>
      </w:tblBorders>
    </w:tblPr>
    <w:tcPr>
      <w:shd w:val="clear" w:color="auto" w:fill="BAECF8" w:themeFill="accent4" w:themeFillTint="3F"/>
    </w:tcPr>
    <w:tblStylePr w:type="firstRow">
      <w:rPr>
        <w:b/>
        <w:bCs/>
        <w:color w:val="000000" w:themeColor="text1"/>
      </w:rPr>
      <w:tblPr/>
      <w:tcPr>
        <w:shd w:val="clear" w:color="auto" w:fill="E3F7F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EFF9" w:themeFill="accent4" w:themeFillTint="33"/>
      </w:tcPr>
    </w:tblStylePr>
    <w:tblStylePr w:type="band1Vert">
      <w:tblPr/>
      <w:tcPr>
        <w:shd w:val="clear" w:color="auto" w:fill="75D9F2" w:themeFill="accent4" w:themeFillTint="7F"/>
      </w:tcPr>
    </w:tblStylePr>
    <w:tblStylePr w:type="band1Horz">
      <w:tblPr/>
      <w:tcPr>
        <w:tcBorders>
          <w:insideH w:val="single" w:sz="6" w:space="0" w:color="129DBF" w:themeColor="accent4"/>
          <w:insideV w:val="single" w:sz="6" w:space="0" w:color="129DBF" w:themeColor="accent4"/>
        </w:tcBorders>
        <w:shd w:val="clear" w:color="auto" w:fill="75D9F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6721" w:themeColor="accent5"/>
        <w:left w:val="single" w:sz="8" w:space="0" w:color="F26721" w:themeColor="accent5"/>
        <w:bottom w:val="single" w:sz="8" w:space="0" w:color="F26721" w:themeColor="accent5"/>
        <w:right w:val="single" w:sz="8" w:space="0" w:color="F26721" w:themeColor="accent5"/>
        <w:insideH w:val="single" w:sz="8" w:space="0" w:color="F26721" w:themeColor="accent5"/>
        <w:insideV w:val="single" w:sz="8" w:space="0" w:color="F26721" w:themeColor="accent5"/>
      </w:tblBorders>
    </w:tblPr>
    <w:tcPr>
      <w:shd w:val="clear" w:color="auto" w:fill="FBD9C7" w:themeFill="accent5" w:themeFillTint="3F"/>
    </w:tcPr>
    <w:tblStylePr w:type="firstRow">
      <w:rPr>
        <w:b/>
        <w:bCs/>
        <w:color w:val="000000" w:themeColor="text1"/>
      </w:rPr>
      <w:tblPr/>
      <w:tcPr>
        <w:shd w:val="clear" w:color="auto" w:fill="FDEFE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0D2" w:themeFill="accent5" w:themeFillTint="33"/>
      </w:tcPr>
    </w:tblStylePr>
    <w:tblStylePr w:type="band1Vert">
      <w:tblPr/>
      <w:tcPr>
        <w:shd w:val="clear" w:color="auto" w:fill="F8B290" w:themeFill="accent5" w:themeFillTint="7F"/>
      </w:tcPr>
    </w:tblStylePr>
    <w:tblStylePr w:type="band1Horz">
      <w:tblPr/>
      <w:tcPr>
        <w:tcBorders>
          <w:insideH w:val="single" w:sz="6" w:space="0" w:color="F26721" w:themeColor="accent5"/>
          <w:insideV w:val="single" w:sz="6" w:space="0" w:color="F26721" w:themeColor="accent5"/>
        </w:tcBorders>
        <w:shd w:val="clear" w:color="auto" w:fill="F8B29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CB614" w:themeColor="accent6"/>
        <w:left w:val="single" w:sz="8" w:space="0" w:color="FCB614" w:themeColor="accent6"/>
        <w:bottom w:val="single" w:sz="8" w:space="0" w:color="FCB614" w:themeColor="accent6"/>
        <w:right w:val="single" w:sz="8" w:space="0" w:color="FCB614" w:themeColor="accent6"/>
        <w:insideH w:val="single" w:sz="8" w:space="0" w:color="FCB614" w:themeColor="accent6"/>
        <w:insideV w:val="single" w:sz="8" w:space="0" w:color="FCB614" w:themeColor="accent6"/>
      </w:tblBorders>
    </w:tblPr>
    <w:tcPr>
      <w:shd w:val="clear" w:color="auto" w:fill="FEECC4" w:themeFill="accent6" w:themeFillTint="3F"/>
    </w:tcPr>
    <w:tblStylePr w:type="firstRow">
      <w:rPr>
        <w:b/>
        <w:bCs/>
        <w:color w:val="000000" w:themeColor="text1"/>
      </w:rPr>
      <w:tblPr/>
      <w:tcPr>
        <w:shd w:val="clear" w:color="auto" w:fill="FEF7E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0CF" w:themeFill="accent6" w:themeFillTint="33"/>
      </w:tcPr>
    </w:tblStylePr>
    <w:tblStylePr w:type="band1Vert">
      <w:tblPr/>
      <w:tcPr>
        <w:shd w:val="clear" w:color="auto" w:fill="FDDA89" w:themeFill="accent6" w:themeFillTint="7F"/>
      </w:tcPr>
    </w:tblStylePr>
    <w:tblStylePr w:type="band1Horz">
      <w:tblPr/>
      <w:tcPr>
        <w:tcBorders>
          <w:insideH w:val="single" w:sz="6" w:space="0" w:color="FCB614" w:themeColor="accent6"/>
          <w:insideV w:val="single" w:sz="6" w:space="0" w:color="FCB614" w:themeColor="accent6"/>
        </w:tcBorders>
        <w:shd w:val="clear" w:color="auto" w:fill="FDDA8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B7C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122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122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122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122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06F8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06F82"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9F9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6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6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6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6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2F4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2F4FF"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FB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B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B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B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B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F8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DF8FF"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ECF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29DB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29DB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29DB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29DB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D9F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D9F2"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9C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672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672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672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672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B29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B290"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CC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CB61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CB61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CB61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CB61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DA8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DA89"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AD122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6091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10D1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10D1F" w:themeFill="accent1" w:themeFillShade="BF"/>
      </w:tcPr>
    </w:tblStylePr>
    <w:tblStylePr w:type="band1Vert">
      <w:tblPr/>
      <w:tcPr>
        <w:tcBorders>
          <w:top w:val="nil"/>
          <w:left w:val="nil"/>
          <w:bottom w:val="nil"/>
          <w:right w:val="nil"/>
          <w:insideH w:val="nil"/>
          <w:insideV w:val="nil"/>
        </w:tcBorders>
        <w:shd w:val="clear" w:color="auto" w:fill="810D1F" w:themeFill="accent1" w:themeFillShade="BF"/>
      </w:tcPr>
    </w:tblStylePr>
    <w:tblStylePr w:type="band1Horz">
      <w:tblPr/>
      <w:tcPr>
        <w:tcBorders>
          <w:top w:val="nil"/>
          <w:left w:val="nil"/>
          <w:bottom w:val="nil"/>
          <w:right w:val="nil"/>
          <w:insideH w:val="nil"/>
          <w:insideV w:val="nil"/>
        </w:tcBorders>
        <w:shd w:val="clear" w:color="auto" w:fill="810D1F"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005E6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464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464A" w:themeFill="accent2" w:themeFillShade="BF"/>
      </w:tcPr>
    </w:tblStylePr>
    <w:tblStylePr w:type="band1Vert">
      <w:tblPr/>
      <w:tcPr>
        <w:tcBorders>
          <w:top w:val="nil"/>
          <w:left w:val="nil"/>
          <w:bottom w:val="nil"/>
          <w:right w:val="nil"/>
          <w:insideH w:val="nil"/>
          <w:insideV w:val="nil"/>
        </w:tcBorders>
        <w:shd w:val="clear" w:color="auto" w:fill="00464A" w:themeFill="accent2" w:themeFillShade="BF"/>
      </w:tcPr>
    </w:tblStylePr>
    <w:tblStylePr w:type="band1Horz">
      <w:tblPr/>
      <w:tcPr>
        <w:tcBorders>
          <w:top w:val="nil"/>
          <w:left w:val="nil"/>
          <w:bottom w:val="nil"/>
          <w:right w:val="nil"/>
          <w:insideH w:val="nil"/>
          <w:insideV w:val="nil"/>
        </w:tcBorders>
        <w:shd w:val="clear" w:color="auto" w:fill="00464A"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00B2B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85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48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48A" w:themeFill="accent3" w:themeFillShade="BF"/>
      </w:tcPr>
    </w:tblStylePr>
    <w:tblStylePr w:type="band1Vert">
      <w:tblPr/>
      <w:tcPr>
        <w:tcBorders>
          <w:top w:val="nil"/>
          <w:left w:val="nil"/>
          <w:bottom w:val="nil"/>
          <w:right w:val="nil"/>
          <w:insideH w:val="nil"/>
          <w:insideV w:val="nil"/>
        </w:tcBorders>
        <w:shd w:val="clear" w:color="auto" w:fill="00848A" w:themeFill="accent3" w:themeFillShade="BF"/>
      </w:tcPr>
    </w:tblStylePr>
    <w:tblStylePr w:type="band1Horz">
      <w:tblPr/>
      <w:tcPr>
        <w:tcBorders>
          <w:top w:val="nil"/>
          <w:left w:val="nil"/>
          <w:bottom w:val="nil"/>
          <w:right w:val="nil"/>
          <w:insideH w:val="nil"/>
          <w:insideV w:val="nil"/>
        </w:tcBorders>
        <w:shd w:val="clear" w:color="auto" w:fill="00848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129DB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D5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D748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D748E" w:themeFill="accent4" w:themeFillShade="BF"/>
      </w:tcPr>
    </w:tblStylePr>
    <w:tblStylePr w:type="band1Vert">
      <w:tblPr/>
      <w:tcPr>
        <w:tcBorders>
          <w:top w:val="nil"/>
          <w:left w:val="nil"/>
          <w:bottom w:val="nil"/>
          <w:right w:val="nil"/>
          <w:insideH w:val="nil"/>
          <w:insideV w:val="nil"/>
        </w:tcBorders>
        <w:shd w:val="clear" w:color="auto" w:fill="0D748E" w:themeFill="accent4" w:themeFillShade="BF"/>
      </w:tcPr>
    </w:tblStylePr>
    <w:tblStylePr w:type="band1Horz">
      <w:tblPr/>
      <w:tcPr>
        <w:tcBorders>
          <w:top w:val="nil"/>
          <w:left w:val="nil"/>
          <w:bottom w:val="nil"/>
          <w:right w:val="nil"/>
          <w:insideH w:val="nil"/>
          <w:insideV w:val="nil"/>
        </w:tcBorders>
        <w:shd w:val="clear" w:color="auto" w:fill="0D748E"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F2672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300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2480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2480B" w:themeFill="accent5" w:themeFillShade="BF"/>
      </w:tcPr>
    </w:tblStylePr>
    <w:tblStylePr w:type="band1Vert">
      <w:tblPr/>
      <w:tcPr>
        <w:tcBorders>
          <w:top w:val="nil"/>
          <w:left w:val="nil"/>
          <w:bottom w:val="nil"/>
          <w:right w:val="nil"/>
          <w:insideH w:val="nil"/>
          <w:insideV w:val="nil"/>
        </w:tcBorders>
        <w:shd w:val="clear" w:color="auto" w:fill="C2480B" w:themeFill="accent5" w:themeFillShade="BF"/>
      </w:tcPr>
    </w:tblStylePr>
    <w:tblStylePr w:type="band1Horz">
      <w:tblPr/>
      <w:tcPr>
        <w:tcBorders>
          <w:top w:val="nil"/>
          <w:left w:val="nil"/>
          <w:bottom w:val="nil"/>
          <w:right w:val="nil"/>
          <w:insideH w:val="nil"/>
          <w:insideV w:val="nil"/>
        </w:tcBorders>
        <w:shd w:val="clear" w:color="auto" w:fill="C2480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CB61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55D0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98D0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98D02" w:themeFill="accent6" w:themeFillShade="BF"/>
      </w:tcPr>
    </w:tblStylePr>
    <w:tblStylePr w:type="band1Vert">
      <w:tblPr/>
      <w:tcPr>
        <w:tcBorders>
          <w:top w:val="nil"/>
          <w:left w:val="nil"/>
          <w:bottom w:val="nil"/>
          <w:right w:val="nil"/>
          <w:insideH w:val="nil"/>
          <w:insideV w:val="nil"/>
        </w:tcBorders>
        <w:shd w:val="clear" w:color="auto" w:fill="C98D02" w:themeFill="accent6" w:themeFillShade="BF"/>
      </w:tcPr>
    </w:tblStylePr>
    <w:tblStylePr w:type="band1Horz">
      <w:tblPr/>
      <w:tcPr>
        <w:tcBorders>
          <w:top w:val="nil"/>
          <w:left w:val="nil"/>
          <w:bottom w:val="nil"/>
          <w:right w:val="nil"/>
          <w:insideH w:val="nil"/>
          <w:insideV w:val="nil"/>
        </w:tcBorders>
        <w:shd w:val="clear" w:color="auto" w:fill="C98D02"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005E6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E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005E63" w:themeColor="accent2"/>
        <w:left w:val="single" w:sz="4" w:space="0" w:color="AD122A" w:themeColor="accent1"/>
        <w:bottom w:val="single" w:sz="4" w:space="0" w:color="AD122A" w:themeColor="accent1"/>
        <w:right w:val="single" w:sz="4" w:space="0" w:color="AD122A" w:themeColor="accent1"/>
        <w:insideH w:val="single" w:sz="4" w:space="0" w:color="FFFFFF" w:themeColor="background1"/>
        <w:insideV w:val="single" w:sz="4" w:space="0" w:color="FFFFFF" w:themeColor="background1"/>
      </w:tblBorders>
    </w:tblPr>
    <w:tcPr>
      <w:shd w:val="clear" w:color="auto" w:fill="FCE2E6" w:themeFill="accent1" w:themeFillTint="19"/>
    </w:tcPr>
    <w:tblStylePr w:type="firstRow">
      <w:rPr>
        <w:b/>
        <w:bCs/>
      </w:rPr>
      <w:tblPr/>
      <w:tcPr>
        <w:tcBorders>
          <w:top w:val="nil"/>
          <w:left w:val="nil"/>
          <w:bottom w:val="single" w:sz="24" w:space="0" w:color="005E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0A19" w:themeFill="accent1" w:themeFillShade="99"/>
      </w:tcPr>
    </w:tblStylePr>
    <w:tblStylePr w:type="firstCol">
      <w:rPr>
        <w:color w:val="FFFFFF" w:themeColor="background1"/>
      </w:rPr>
      <w:tblPr/>
      <w:tcPr>
        <w:tcBorders>
          <w:top w:val="nil"/>
          <w:left w:val="nil"/>
          <w:bottom w:val="nil"/>
          <w:right w:val="nil"/>
          <w:insideH w:val="single" w:sz="4" w:space="0" w:color="670A19" w:themeColor="accent1" w:themeShade="99"/>
          <w:insideV w:val="nil"/>
        </w:tcBorders>
        <w:shd w:val="clear" w:color="auto" w:fill="670A1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70A19" w:themeFill="accent1" w:themeFillShade="99"/>
      </w:tcPr>
    </w:tblStylePr>
    <w:tblStylePr w:type="band1Vert">
      <w:tblPr/>
      <w:tcPr>
        <w:shd w:val="clear" w:color="auto" w:fill="F38B9B" w:themeFill="accent1" w:themeFillTint="66"/>
      </w:tcPr>
    </w:tblStylePr>
    <w:tblStylePr w:type="band1Horz">
      <w:tblPr/>
      <w:tcPr>
        <w:shd w:val="clear" w:color="auto" w:fill="F06F8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005E63" w:themeColor="accent2"/>
        <w:left w:val="single" w:sz="4" w:space="0" w:color="005E63" w:themeColor="accent2"/>
        <w:bottom w:val="single" w:sz="4" w:space="0" w:color="005E63" w:themeColor="accent2"/>
        <w:right w:val="single" w:sz="4" w:space="0" w:color="005E63" w:themeColor="accent2"/>
        <w:insideH w:val="single" w:sz="4" w:space="0" w:color="FFFFFF" w:themeColor="background1"/>
        <w:insideV w:val="single" w:sz="4" w:space="0" w:color="FFFFFF" w:themeColor="background1"/>
      </w:tblBorders>
    </w:tblPr>
    <w:tcPr>
      <w:shd w:val="clear" w:color="auto" w:fill="D6FCFF" w:themeFill="accent2" w:themeFillTint="19"/>
    </w:tcPr>
    <w:tblStylePr w:type="firstRow">
      <w:rPr>
        <w:b/>
        <w:bCs/>
      </w:rPr>
      <w:tblPr/>
      <w:tcPr>
        <w:tcBorders>
          <w:top w:val="nil"/>
          <w:left w:val="nil"/>
          <w:bottom w:val="single" w:sz="24" w:space="0" w:color="005E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3B" w:themeFill="accent2" w:themeFillShade="99"/>
      </w:tcPr>
    </w:tblStylePr>
    <w:tblStylePr w:type="firstCol">
      <w:rPr>
        <w:color w:val="FFFFFF" w:themeColor="background1"/>
      </w:rPr>
      <w:tblPr/>
      <w:tcPr>
        <w:tcBorders>
          <w:top w:val="nil"/>
          <w:left w:val="nil"/>
          <w:bottom w:val="nil"/>
          <w:right w:val="nil"/>
          <w:insideH w:val="single" w:sz="4" w:space="0" w:color="00383B" w:themeColor="accent2" w:themeShade="99"/>
          <w:insideV w:val="nil"/>
        </w:tcBorders>
        <w:shd w:val="clear" w:color="auto" w:fill="0038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83B" w:themeFill="accent2" w:themeFillShade="99"/>
      </w:tcPr>
    </w:tblStylePr>
    <w:tblStylePr w:type="band1Vert">
      <w:tblPr/>
      <w:tcPr>
        <w:shd w:val="clear" w:color="auto" w:fill="5AF6FF" w:themeFill="accent2" w:themeFillTint="66"/>
      </w:tcPr>
    </w:tblStylePr>
    <w:tblStylePr w:type="band1Horz">
      <w:tblPr/>
      <w:tcPr>
        <w:shd w:val="clear" w:color="auto" w:fill="32F4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129DBF" w:themeColor="accent4"/>
        <w:left w:val="single" w:sz="4" w:space="0" w:color="00B2B9" w:themeColor="accent3"/>
        <w:bottom w:val="single" w:sz="4" w:space="0" w:color="00B2B9" w:themeColor="accent3"/>
        <w:right w:val="single" w:sz="4" w:space="0" w:color="00B2B9" w:themeColor="accent3"/>
        <w:insideH w:val="single" w:sz="4" w:space="0" w:color="FFFFFF" w:themeColor="background1"/>
        <w:insideV w:val="single" w:sz="4" w:space="0" w:color="FFFFFF" w:themeColor="background1"/>
      </w:tblBorders>
    </w:tblPr>
    <w:tcPr>
      <w:shd w:val="clear" w:color="auto" w:fill="DFFDFF" w:themeFill="accent3" w:themeFillTint="19"/>
    </w:tcPr>
    <w:tblStylePr w:type="firstRow">
      <w:rPr>
        <w:b/>
        <w:bCs/>
      </w:rPr>
      <w:tblPr/>
      <w:tcPr>
        <w:tcBorders>
          <w:top w:val="nil"/>
          <w:left w:val="nil"/>
          <w:bottom w:val="single" w:sz="24" w:space="0" w:color="129DB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F" w:themeFill="accent3" w:themeFillShade="99"/>
      </w:tcPr>
    </w:tblStylePr>
    <w:tblStylePr w:type="firstCol">
      <w:rPr>
        <w:color w:val="FFFFFF" w:themeColor="background1"/>
      </w:rPr>
      <w:tblPr/>
      <w:tcPr>
        <w:tcBorders>
          <w:top w:val="nil"/>
          <w:left w:val="nil"/>
          <w:bottom w:val="nil"/>
          <w:right w:val="nil"/>
          <w:insideH w:val="single" w:sz="4" w:space="0" w:color="006A6F" w:themeColor="accent3" w:themeShade="99"/>
          <w:insideV w:val="nil"/>
        </w:tcBorders>
        <w:shd w:val="clear" w:color="auto" w:fill="006A6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F" w:themeFill="accent3" w:themeFillShade="99"/>
      </w:tcPr>
    </w:tblStylePr>
    <w:tblStylePr w:type="band1Vert">
      <w:tblPr/>
      <w:tcPr>
        <w:shd w:val="clear" w:color="auto" w:fill="7DF9FF" w:themeFill="accent3" w:themeFillTint="66"/>
      </w:tcPr>
    </w:tblStylePr>
    <w:tblStylePr w:type="band1Horz">
      <w:tblPr/>
      <w:tcPr>
        <w:shd w:val="clear" w:color="auto" w:fill="5DF8FF"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00B2B9" w:themeColor="accent3"/>
        <w:left w:val="single" w:sz="4" w:space="0" w:color="129DBF" w:themeColor="accent4"/>
        <w:bottom w:val="single" w:sz="4" w:space="0" w:color="129DBF" w:themeColor="accent4"/>
        <w:right w:val="single" w:sz="4" w:space="0" w:color="129DBF" w:themeColor="accent4"/>
        <w:insideH w:val="single" w:sz="4" w:space="0" w:color="FFFFFF" w:themeColor="background1"/>
        <w:insideV w:val="single" w:sz="4" w:space="0" w:color="FFFFFF" w:themeColor="background1"/>
      </w:tblBorders>
    </w:tblPr>
    <w:tcPr>
      <w:shd w:val="clear" w:color="auto" w:fill="E3F7FC" w:themeFill="accent4" w:themeFillTint="19"/>
    </w:tcPr>
    <w:tblStylePr w:type="firstRow">
      <w:rPr>
        <w:b/>
        <w:bCs/>
      </w:rPr>
      <w:tblPr/>
      <w:tcPr>
        <w:tcBorders>
          <w:top w:val="nil"/>
          <w:left w:val="nil"/>
          <w:bottom w:val="single" w:sz="24" w:space="0" w:color="00B2B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5D72" w:themeFill="accent4" w:themeFillShade="99"/>
      </w:tcPr>
    </w:tblStylePr>
    <w:tblStylePr w:type="firstCol">
      <w:rPr>
        <w:color w:val="FFFFFF" w:themeColor="background1"/>
      </w:rPr>
      <w:tblPr/>
      <w:tcPr>
        <w:tcBorders>
          <w:top w:val="nil"/>
          <w:left w:val="nil"/>
          <w:bottom w:val="nil"/>
          <w:right w:val="nil"/>
          <w:insideH w:val="single" w:sz="4" w:space="0" w:color="0A5D72" w:themeColor="accent4" w:themeShade="99"/>
          <w:insideV w:val="nil"/>
        </w:tcBorders>
        <w:shd w:val="clear" w:color="auto" w:fill="0A5D7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A5D72" w:themeFill="accent4" w:themeFillShade="99"/>
      </w:tcPr>
    </w:tblStylePr>
    <w:tblStylePr w:type="band1Vert">
      <w:tblPr/>
      <w:tcPr>
        <w:shd w:val="clear" w:color="auto" w:fill="90E0F4" w:themeFill="accent4" w:themeFillTint="66"/>
      </w:tcPr>
    </w:tblStylePr>
    <w:tblStylePr w:type="band1Horz">
      <w:tblPr/>
      <w:tcPr>
        <w:shd w:val="clear" w:color="auto" w:fill="75D9F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CB614" w:themeColor="accent6"/>
        <w:left w:val="single" w:sz="4" w:space="0" w:color="F26721" w:themeColor="accent5"/>
        <w:bottom w:val="single" w:sz="4" w:space="0" w:color="F26721" w:themeColor="accent5"/>
        <w:right w:val="single" w:sz="4" w:space="0" w:color="F26721" w:themeColor="accent5"/>
        <w:insideH w:val="single" w:sz="4" w:space="0" w:color="FFFFFF" w:themeColor="background1"/>
        <w:insideV w:val="single" w:sz="4" w:space="0" w:color="FFFFFF" w:themeColor="background1"/>
      </w:tblBorders>
    </w:tblPr>
    <w:tcPr>
      <w:shd w:val="clear" w:color="auto" w:fill="FDEFE8" w:themeFill="accent5" w:themeFillTint="19"/>
    </w:tcPr>
    <w:tblStylePr w:type="firstRow">
      <w:rPr>
        <w:b/>
        <w:bCs/>
      </w:rPr>
      <w:tblPr/>
      <w:tcPr>
        <w:tcBorders>
          <w:top w:val="nil"/>
          <w:left w:val="nil"/>
          <w:bottom w:val="single" w:sz="24" w:space="0" w:color="FCB61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B3A09" w:themeFill="accent5" w:themeFillShade="99"/>
      </w:tcPr>
    </w:tblStylePr>
    <w:tblStylePr w:type="firstCol">
      <w:rPr>
        <w:color w:val="FFFFFF" w:themeColor="background1"/>
      </w:rPr>
      <w:tblPr/>
      <w:tcPr>
        <w:tcBorders>
          <w:top w:val="nil"/>
          <w:left w:val="nil"/>
          <w:bottom w:val="nil"/>
          <w:right w:val="nil"/>
          <w:insideH w:val="single" w:sz="4" w:space="0" w:color="9B3A09" w:themeColor="accent5" w:themeShade="99"/>
          <w:insideV w:val="nil"/>
        </w:tcBorders>
        <w:shd w:val="clear" w:color="auto" w:fill="9B3A0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B3A09" w:themeFill="accent5" w:themeFillShade="99"/>
      </w:tcPr>
    </w:tblStylePr>
    <w:tblStylePr w:type="band1Vert">
      <w:tblPr/>
      <w:tcPr>
        <w:shd w:val="clear" w:color="auto" w:fill="F9C2A6" w:themeFill="accent5" w:themeFillTint="66"/>
      </w:tcPr>
    </w:tblStylePr>
    <w:tblStylePr w:type="band1Horz">
      <w:tblPr/>
      <w:tcPr>
        <w:shd w:val="clear" w:color="auto" w:fill="F8B29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F26721" w:themeColor="accent5"/>
        <w:left w:val="single" w:sz="4" w:space="0" w:color="FCB614" w:themeColor="accent6"/>
        <w:bottom w:val="single" w:sz="4" w:space="0" w:color="FCB614" w:themeColor="accent6"/>
        <w:right w:val="single" w:sz="4" w:space="0" w:color="FCB614" w:themeColor="accent6"/>
        <w:insideH w:val="single" w:sz="4" w:space="0" w:color="FFFFFF" w:themeColor="background1"/>
        <w:insideV w:val="single" w:sz="4" w:space="0" w:color="FFFFFF" w:themeColor="background1"/>
      </w:tblBorders>
    </w:tblPr>
    <w:tcPr>
      <w:shd w:val="clear" w:color="auto" w:fill="FEF7E7" w:themeFill="accent6" w:themeFillTint="19"/>
    </w:tcPr>
    <w:tblStylePr w:type="firstRow">
      <w:rPr>
        <w:b/>
        <w:bCs/>
      </w:rPr>
      <w:tblPr/>
      <w:tcPr>
        <w:tcBorders>
          <w:top w:val="nil"/>
          <w:left w:val="nil"/>
          <w:bottom w:val="single" w:sz="24" w:space="0" w:color="F2672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07002" w:themeFill="accent6" w:themeFillShade="99"/>
      </w:tcPr>
    </w:tblStylePr>
    <w:tblStylePr w:type="firstCol">
      <w:rPr>
        <w:color w:val="FFFFFF" w:themeColor="background1"/>
      </w:rPr>
      <w:tblPr/>
      <w:tcPr>
        <w:tcBorders>
          <w:top w:val="nil"/>
          <w:left w:val="nil"/>
          <w:bottom w:val="nil"/>
          <w:right w:val="nil"/>
          <w:insideH w:val="single" w:sz="4" w:space="0" w:color="A07002" w:themeColor="accent6" w:themeShade="99"/>
          <w:insideV w:val="nil"/>
        </w:tcBorders>
        <w:shd w:val="clear" w:color="auto" w:fill="A0700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07002" w:themeFill="accent6" w:themeFillShade="99"/>
      </w:tcPr>
    </w:tblStylePr>
    <w:tblStylePr w:type="band1Vert">
      <w:tblPr/>
      <w:tcPr>
        <w:shd w:val="clear" w:color="auto" w:fill="FDE1A0" w:themeFill="accent6" w:themeFillTint="66"/>
      </w:tcPr>
    </w:tblStylePr>
    <w:tblStylePr w:type="band1Horz">
      <w:tblPr/>
      <w:tcPr>
        <w:shd w:val="clear" w:color="auto" w:fill="FDDA89"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A4F" w:themeFill="accent2" w:themeFillShade="CC"/>
      </w:tcPr>
    </w:tblStylePr>
    <w:tblStylePr w:type="lastRow">
      <w:rPr>
        <w:b/>
        <w:bCs/>
        <w:color w:val="004A4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FCE2E6" w:themeFill="accent1" w:themeFillTint="19"/>
    </w:tcPr>
    <w:tblStylePr w:type="firstRow">
      <w:rPr>
        <w:b/>
        <w:bCs/>
        <w:color w:val="FFFFFF" w:themeColor="background1"/>
      </w:rPr>
      <w:tblPr/>
      <w:tcPr>
        <w:tcBorders>
          <w:bottom w:val="single" w:sz="12" w:space="0" w:color="FFFFFF" w:themeColor="background1"/>
        </w:tcBorders>
        <w:shd w:val="clear" w:color="auto" w:fill="004A4F" w:themeFill="accent2" w:themeFillShade="CC"/>
      </w:tcPr>
    </w:tblStylePr>
    <w:tblStylePr w:type="lastRow">
      <w:rPr>
        <w:b/>
        <w:bCs/>
        <w:color w:val="004A4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B7C1" w:themeFill="accent1" w:themeFillTint="3F"/>
      </w:tcPr>
    </w:tblStylePr>
    <w:tblStylePr w:type="band1Horz">
      <w:tblPr/>
      <w:tcPr>
        <w:shd w:val="clear" w:color="auto" w:fill="F9C5CC"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D6FCFF" w:themeFill="accent2" w:themeFillTint="19"/>
    </w:tcPr>
    <w:tblStylePr w:type="firstRow">
      <w:rPr>
        <w:b/>
        <w:bCs/>
        <w:color w:val="FFFFFF" w:themeColor="background1"/>
      </w:rPr>
      <w:tblPr/>
      <w:tcPr>
        <w:tcBorders>
          <w:bottom w:val="single" w:sz="12" w:space="0" w:color="FFFFFF" w:themeColor="background1"/>
        </w:tcBorders>
        <w:shd w:val="clear" w:color="auto" w:fill="004A4F" w:themeFill="accent2" w:themeFillShade="CC"/>
      </w:tcPr>
    </w:tblStylePr>
    <w:tblStylePr w:type="lastRow">
      <w:rPr>
        <w:b/>
        <w:bCs/>
        <w:color w:val="004A4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9F9FF" w:themeFill="accent2" w:themeFillTint="3F"/>
      </w:tcPr>
    </w:tblStylePr>
    <w:tblStylePr w:type="band1Horz">
      <w:tblPr/>
      <w:tcPr>
        <w:shd w:val="clear" w:color="auto" w:fill="ACFAFF"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DFFDFF" w:themeFill="accent3" w:themeFillTint="19"/>
    </w:tcPr>
    <w:tblStylePr w:type="firstRow">
      <w:rPr>
        <w:b/>
        <w:bCs/>
        <w:color w:val="FFFFFF" w:themeColor="background1"/>
      </w:rPr>
      <w:tblPr/>
      <w:tcPr>
        <w:tcBorders>
          <w:bottom w:val="single" w:sz="12" w:space="0" w:color="FFFFFF" w:themeColor="background1"/>
        </w:tcBorders>
        <w:shd w:val="clear" w:color="auto" w:fill="0E7C98" w:themeFill="accent4" w:themeFillShade="CC"/>
      </w:tcPr>
    </w:tblStylePr>
    <w:tblStylePr w:type="lastRow">
      <w:rPr>
        <w:b/>
        <w:bCs/>
        <w:color w:val="0E7C9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FBFF" w:themeFill="accent3" w:themeFillTint="3F"/>
      </w:tcPr>
    </w:tblStylePr>
    <w:tblStylePr w:type="band1Horz">
      <w:tblPr/>
      <w:tcPr>
        <w:shd w:val="clear" w:color="auto" w:fill="BEFCFF"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3F7FC" w:themeFill="accent4" w:themeFillTint="19"/>
    </w:tcPr>
    <w:tblStylePr w:type="firstRow">
      <w:rPr>
        <w:b/>
        <w:bCs/>
        <w:color w:val="FFFFFF" w:themeColor="background1"/>
      </w:rPr>
      <w:tblPr/>
      <w:tcPr>
        <w:tcBorders>
          <w:bottom w:val="single" w:sz="12" w:space="0" w:color="FFFFFF" w:themeColor="background1"/>
        </w:tcBorders>
        <w:shd w:val="clear" w:color="auto" w:fill="008E94" w:themeFill="accent3" w:themeFillShade="CC"/>
      </w:tcPr>
    </w:tblStylePr>
    <w:tblStylePr w:type="lastRow">
      <w:rPr>
        <w:b/>
        <w:bCs/>
        <w:color w:val="008E9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ECF8" w:themeFill="accent4" w:themeFillTint="3F"/>
      </w:tcPr>
    </w:tblStylePr>
    <w:tblStylePr w:type="band1Horz">
      <w:tblPr/>
      <w:tcPr>
        <w:shd w:val="clear" w:color="auto" w:fill="C7EFF9"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DEFE8" w:themeFill="accent5" w:themeFillTint="19"/>
    </w:tcPr>
    <w:tblStylePr w:type="firstRow">
      <w:rPr>
        <w:b/>
        <w:bCs/>
        <w:color w:val="FFFFFF" w:themeColor="background1"/>
      </w:rPr>
      <w:tblPr/>
      <w:tcPr>
        <w:tcBorders>
          <w:bottom w:val="single" w:sz="12" w:space="0" w:color="FFFFFF" w:themeColor="background1"/>
        </w:tcBorders>
        <w:shd w:val="clear" w:color="auto" w:fill="D69602" w:themeFill="accent6" w:themeFillShade="CC"/>
      </w:tcPr>
    </w:tblStylePr>
    <w:tblStylePr w:type="lastRow">
      <w:rPr>
        <w:b/>
        <w:bCs/>
        <w:color w:val="D6960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9C7" w:themeFill="accent5" w:themeFillTint="3F"/>
      </w:tcPr>
    </w:tblStylePr>
    <w:tblStylePr w:type="band1Horz">
      <w:tblPr/>
      <w:tcPr>
        <w:shd w:val="clear" w:color="auto" w:fill="FCE0D2"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7E7" w:themeFill="accent6" w:themeFillTint="19"/>
    </w:tcPr>
    <w:tblStylePr w:type="firstRow">
      <w:rPr>
        <w:b/>
        <w:bCs/>
        <w:color w:val="FFFFFF" w:themeColor="background1"/>
      </w:rPr>
      <w:tblPr/>
      <w:tcPr>
        <w:tcBorders>
          <w:bottom w:val="single" w:sz="12" w:space="0" w:color="FFFFFF" w:themeColor="background1"/>
        </w:tcBorders>
        <w:shd w:val="clear" w:color="auto" w:fill="CF4D0C" w:themeFill="accent5" w:themeFillShade="CC"/>
      </w:tcPr>
    </w:tblStylePr>
    <w:tblStylePr w:type="lastRow">
      <w:rPr>
        <w:b/>
        <w:bCs/>
        <w:color w:val="CF4D0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CC4" w:themeFill="accent6" w:themeFillTint="3F"/>
      </w:tcPr>
    </w:tblStylePr>
    <w:tblStylePr w:type="band1Horz">
      <w:tblPr/>
      <w:tcPr>
        <w:shd w:val="clear" w:color="auto" w:fill="FEF0CF"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C5CC" w:themeFill="accent1" w:themeFillTint="33"/>
    </w:tcPr>
    <w:tblStylePr w:type="firstRow">
      <w:rPr>
        <w:b/>
        <w:bCs/>
      </w:rPr>
      <w:tblPr/>
      <w:tcPr>
        <w:shd w:val="clear" w:color="auto" w:fill="F38B9B" w:themeFill="accent1" w:themeFillTint="66"/>
      </w:tcPr>
    </w:tblStylePr>
    <w:tblStylePr w:type="lastRow">
      <w:rPr>
        <w:b/>
        <w:bCs/>
        <w:color w:val="000000" w:themeColor="text1"/>
      </w:rPr>
      <w:tblPr/>
      <w:tcPr>
        <w:shd w:val="clear" w:color="auto" w:fill="F38B9B" w:themeFill="accent1" w:themeFillTint="66"/>
      </w:tcPr>
    </w:tblStylePr>
    <w:tblStylePr w:type="firstCol">
      <w:rPr>
        <w:color w:val="FFFFFF" w:themeColor="background1"/>
      </w:rPr>
      <w:tblPr/>
      <w:tcPr>
        <w:shd w:val="clear" w:color="auto" w:fill="810D1F" w:themeFill="accent1" w:themeFillShade="BF"/>
      </w:tcPr>
    </w:tblStylePr>
    <w:tblStylePr w:type="lastCol">
      <w:rPr>
        <w:color w:val="FFFFFF" w:themeColor="background1"/>
      </w:rPr>
      <w:tblPr/>
      <w:tcPr>
        <w:shd w:val="clear" w:color="auto" w:fill="810D1F" w:themeFill="accent1" w:themeFillShade="BF"/>
      </w:tcPr>
    </w:tblStylePr>
    <w:tblStylePr w:type="band1Vert">
      <w:tblPr/>
      <w:tcPr>
        <w:shd w:val="clear" w:color="auto" w:fill="F06F82" w:themeFill="accent1" w:themeFillTint="7F"/>
      </w:tcPr>
    </w:tblStylePr>
    <w:tblStylePr w:type="band1Horz">
      <w:tblPr/>
      <w:tcPr>
        <w:shd w:val="clear" w:color="auto" w:fill="F06F82"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CFAFF" w:themeFill="accent2" w:themeFillTint="33"/>
    </w:tcPr>
    <w:tblStylePr w:type="firstRow">
      <w:rPr>
        <w:b/>
        <w:bCs/>
      </w:rPr>
      <w:tblPr/>
      <w:tcPr>
        <w:shd w:val="clear" w:color="auto" w:fill="5AF6FF" w:themeFill="accent2" w:themeFillTint="66"/>
      </w:tcPr>
    </w:tblStylePr>
    <w:tblStylePr w:type="lastRow">
      <w:rPr>
        <w:b/>
        <w:bCs/>
        <w:color w:val="000000" w:themeColor="text1"/>
      </w:rPr>
      <w:tblPr/>
      <w:tcPr>
        <w:shd w:val="clear" w:color="auto" w:fill="5AF6FF" w:themeFill="accent2" w:themeFillTint="66"/>
      </w:tcPr>
    </w:tblStylePr>
    <w:tblStylePr w:type="firstCol">
      <w:rPr>
        <w:color w:val="FFFFFF" w:themeColor="background1"/>
      </w:rPr>
      <w:tblPr/>
      <w:tcPr>
        <w:shd w:val="clear" w:color="auto" w:fill="00464A" w:themeFill="accent2" w:themeFillShade="BF"/>
      </w:tcPr>
    </w:tblStylePr>
    <w:tblStylePr w:type="lastCol">
      <w:rPr>
        <w:color w:val="FFFFFF" w:themeColor="background1"/>
      </w:rPr>
      <w:tblPr/>
      <w:tcPr>
        <w:shd w:val="clear" w:color="auto" w:fill="00464A" w:themeFill="accent2" w:themeFillShade="BF"/>
      </w:tcPr>
    </w:tblStylePr>
    <w:tblStylePr w:type="band1Vert">
      <w:tblPr/>
      <w:tcPr>
        <w:shd w:val="clear" w:color="auto" w:fill="32F4FF" w:themeFill="accent2" w:themeFillTint="7F"/>
      </w:tcPr>
    </w:tblStylePr>
    <w:tblStylePr w:type="band1Horz">
      <w:tblPr/>
      <w:tcPr>
        <w:shd w:val="clear" w:color="auto" w:fill="32F4FF"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EFCFF" w:themeFill="accent3" w:themeFillTint="33"/>
    </w:tcPr>
    <w:tblStylePr w:type="firstRow">
      <w:rPr>
        <w:b/>
        <w:bCs/>
      </w:rPr>
      <w:tblPr/>
      <w:tcPr>
        <w:shd w:val="clear" w:color="auto" w:fill="7DF9FF" w:themeFill="accent3" w:themeFillTint="66"/>
      </w:tcPr>
    </w:tblStylePr>
    <w:tblStylePr w:type="lastRow">
      <w:rPr>
        <w:b/>
        <w:bCs/>
        <w:color w:val="000000" w:themeColor="text1"/>
      </w:rPr>
      <w:tblPr/>
      <w:tcPr>
        <w:shd w:val="clear" w:color="auto" w:fill="7DF9FF" w:themeFill="accent3" w:themeFillTint="66"/>
      </w:tcPr>
    </w:tblStylePr>
    <w:tblStylePr w:type="firstCol">
      <w:rPr>
        <w:color w:val="FFFFFF" w:themeColor="background1"/>
      </w:rPr>
      <w:tblPr/>
      <w:tcPr>
        <w:shd w:val="clear" w:color="auto" w:fill="00848A" w:themeFill="accent3" w:themeFillShade="BF"/>
      </w:tcPr>
    </w:tblStylePr>
    <w:tblStylePr w:type="lastCol">
      <w:rPr>
        <w:color w:val="FFFFFF" w:themeColor="background1"/>
      </w:rPr>
      <w:tblPr/>
      <w:tcPr>
        <w:shd w:val="clear" w:color="auto" w:fill="00848A" w:themeFill="accent3" w:themeFillShade="BF"/>
      </w:tcPr>
    </w:tblStylePr>
    <w:tblStylePr w:type="band1Vert">
      <w:tblPr/>
      <w:tcPr>
        <w:shd w:val="clear" w:color="auto" w:fill="5DF8FF" w:themeFill="accent3" w:themeFillTint="7F"/>
      </w:tcPr>
    </w:tblStylePr>
    <w:tblStylePr w:type="band1Horz">
      <w:tblPr/>
      <w:tcPr>
        <w:shd w:val="clear" w:color="auto" w:fill="5DF8FF"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7EFF9" w:themeFill="accent4" w:themeFillTint="33"/>
    </w:tcPr>
    <w:tblStylePr w:type="firstRow">
      <w:rPr>
        <w:b/>
        <w:bCs/>
      </w:rPr>
      <w:tblPr/>
      <w:tcPr>
        <w:shd w:val="clear" w:color="auto" w:fill="90E0F4" w:themeFill="accent4" w:themeFillTint="66"/>
      </w:tcPr>
    </w:tblStylePr>
    <w:tblStylePr w:type="lastRow">
      <w:rPr>
        <w:b/>
        <w:bCs/>
        <w:color w:val="000000" w:themeColor="text1"/>
      </w:rPr>
      <w:tblPr/>
      <w:tcPr>
        <w:shd w:val="clear" w:color="auto" w:fill="90E0F4" w:themeFill="accent4" w:themeFillTint="66"/>
      </w:tcPr>
    </w:tblStylePr>
    <w:tblStylePr w:type="firstCol">
      <w:rPr>
        <w:color w:val="FFFFFF" w:themeColor="background1"/>
      </w:rPr>
      <w:tblPr/>
      <w:tcPr>
        <w:shd w:val="clear" w:color="auto" w:fill="0D748E" w:themeFill="accent4" w:themeFillShade="BF"/>
      </w:tcPr>
    </w:tblStylePr>
    <w:tblStylePr w:type="lastCol">
      <w:rPr>
        <w:color w:val="FFFFFF" w:themeColor="background1"/>
      </w:rPr>
      <w:tblPr/>
      <w:tcPr>
        <w:shd w:val="clear" w:color="auto" w:fill="0D748E" w:themeFill="accent4" w:themeFillShade="BF"/>
      </w:tcPr>
    </w:tblStylePr>
    <w:tblStylePr w:type="band1Vert">
      <w:tblPr/>
      <w:tcPr>
        <w:shd w:val="clear" w:color="auto" w:fill="75D9F2" w:themeFill="accent4" w:themeFillTint="7F"/>
      </w:tcPr>
    </w:tblStylePr>
    <w:tblStylePr w:type="band1Horz">
      <w:tblPr/>
      <w:tcPr>
        <w:shd w:val="clear" w:color="auto" w:fill="75D9F2"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0D2" w:themeFill="accent5" w:themeFillTint="33"/>
    </w:tcPr>
    <w:tblStylePr w:type="firstRow">
      <w:rPr>
        <w:b/>
        <w:bCs/>
      </w:rPr>
      <w:tblPr/>
      <w:tcPr>
        <w:shd w:val="clear" w:color="auto" w:fill="F9C2A6" w:themeFill="accent5" w:themeFillTint="66"/>
      </w:tcPr>
    </w:tblStylePr>
    <w:tblStylePr w:type="lastRow">
      <w:rPr>
        <w:b/>
        <w:bCs/>
        <w:color w:val="000000" w:themeColor="text1"/>
      </w:rPr>
      <w:tblPr/>
      <w:tcPr>
        <w:shd w:val="clear" w:color="auto" w:fill="F9C2A6" w:themeFill="accent5" w:themeFillTint="66"/>
      </w:tcPr>
    </w:tblStylePr>
    <w:tblStylePr w:type="firstCol">
      <w:rPr>
        <w:color w:val="FFFFFF" w:themeColor="background1"/>
      </w:rPr>
      <w:tblPr/>
      <w:tcPr>
        <w:shd w:val="clear" w:color="auto" w:fill="C2480B" w:themeFill="accent5" w:themeFillShade="BF"/>
      </w:tcPr>
    </w:tblStylePr>
    <w:tblStylePr w:type="lastCol">
      <w:rPr>
        <w:color w:val="FFFFFF" w:themeColor="background1"/>
      </w:rPr>
      <w:tblPr/>
      <w:tcPr>
        <w:shd w:val="clear" w:color="auto" w:fill="C2480B" w:themeFill="accent5" w:themeFillShade="BF"/>
      </w:tcPr>
    </w:tblStylePr>
    <w:tblStylePr w:type="band1Vert">
      <w:tblPr/>
      <w:tcPr>
        <w:shd w:val="clear" w:color="auto" w:fill="F8B290" w:themeFill="accent5" w:themeFillTint="7F"/>
      </w:tcPr>
    </w:tblStylePr>
    <w:tblStylePr w:type="band1Horz">
      <w:tblPr/>
      <w:tcPr>
        <w:shd w:val="clear" w:color="auto" w:fill="F8B290"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F0CF" w:themeFill="accent6" w:themeFillTint="33"/>
    </w:tcPr>
    <w:tblStylePr w:type="firstRow">
      <w:rPr>
        <w:b/>
        <w:bCs/>
      </w:rPr>
      <w:tblPr/>
      <w:tcPr>
        <w:shd w:val="clear" w:color="auto" w:fill="FDE1A0" w:themeFill="accent6" w:themeFillTint="66"/>
      </w:tcPr>
    </w:tblStylePr>
    <w:tblStylePr w:type="lastRow">
      <w:rPr>
        <w:b/>
        <w:bCs/>
        <w:color w:val="000000" w:themeColor="text1"/>
      </w:rPr>
      <w:tblPr/>
      <w:tcPr>
        <w:shd w:val="clear" w:color="auto" w:fill="FDE1A0" w:themeFill="accent6" w:themeFillTint="66"/>
      </w:tcPr>
    </w:tblStylePr>
    <w:tblStylePr w:type="firstCol">
      <w:rPr>
        <w:color w:val="FFFFFF" w:themeColor="background1"/>
      </w:rPr>
      <w:tblPr/>
      <w:tcPr>
        <w:shd w:val="clear" w:color="auto" w:fill="C98D02" w:themeFill="accent6" w:themeFillShade="BF"/>
      </w:tcPr>
    </w:tblStylePr>
    <w:tblStylePr w:type="lastCol">
      <w:rPr>
        <w:color w:val="FFFFFF" w:themeColor="background1"/>
      </w:rPr>
      <w:tblPr/>
      <w:tcPr>
        <w:shd w:val="clear" w:color="auto" w:fill="C98D02" w:themeFill="accent6" w:themeFillShade="BF"/>
      </w:tcPr>
    </w:tblStylePr>
    <w:tblStylePr w:type="band1Vert">
      <w:tblPr/>
      <w:tcPr>
        <w:shd w:val="clear" w:color="auto" w:fill="FDDA89" w:themeFill="accent6" w:themeFillTint="7F"/>
      </w:tcPr>
    </w:tblStylePr>
    <w:tblStylePr w:type="band1Horz">
      <w:tblPr/>
      <w:tcPr>
        <w:shd w:val="clear" w:color="auto" w:fill="FDDA89" w:themeFill="accent6" w:themeFillTint="7F"/>
      </w:tcPr>
    </w:tblStylePr>
  </w:style>
  <w:style w:type="character" w:styleId="PageNumber">
    <w:name w:val="page number"/>
    <w:basedOn w:val="DefaultParagraphFont"/>
    <w:uiPriority w:val="99"/>
    <w:unhideWhenUsed/>
    <w:rsid w:val="001E763D"/>
  </w:style>
  <w:style w:type="paragraph" w:styleId="FootnoteText">
    <w:name w:val="footnote text"/>
    <w:basedOn w:val="Normal"/>
    <w:link w:val="FootnoteTextChar"/>
    <w:uiPriority w:val="99"/>
    <w:unhideWhenUsed/>
    <w:rsid w:val="00360EA7"/>
    <w:pPr>
      <w:spacing w:after="0" w:line="240" w:lineRule="auto"/>
    </w:pPr>
    <w:rPr>
      <w:sz w:val="20"/>
      <w:szCs w:val="20"/>
    </w:rPr>
  </w:style>
  <w:style w:type="character" w:customStyle="1" w:styleId="FootnoteTextChar">
    <w:name w:val="Footnote Text Char"/>
    <w:basedOn w:val="DefaultParagraphFont"/>
    <w:link w:val="FootnoteText"/>
    <w:uiPriority w:val="99"/>
    <w:rsid w:val="00360EA7"/>
    <w:rPr>
      <w:rFonts w:ascii="Arial" w:hAnsi="Arial"/>
      <w:sz w:val="20"/>
      <w:szCs w:val="20"/>
    </w:rPr>
  </w:style>
  <w:style w:type="paragraph" w:styleId="BlockText">
    <w:name w:val="Block Text"/>
    <w:basedOn w:val="Normal"/>
    <w:uiPriority w:val="99"/>
    <w:semiHidden/>
    <w:unhideWhenUsed/>
    <w:rsid w:val="005D1197"/>
    <w:pPr>
      <w:pBdr>
        <w:top w:val="single" w:sz="2" w:space="10" w:color="000000" w:themeColor="text1"/>
        <w:left w:val="single" w:sz="2" w:space="10" w:color="000000" w:themeColor="text1"/>
        <w:bottom w:val="single" w:sz="2" w:space="10" w:color="000000" w:themeColor="text1"/>
        <w:right w:val="single" w:sz="2" w:space="10" w:color="000000" w:themeColor="text1"/>
      </w:pBdr>
      <w:ind w:left="1152" w:right="1152"/>
    </w:pPr>
    <w:rPr>
      <w:rFonts w:asciiTheme="minorHAnsi" w:hAnsiTheme="minorHAnsi"/>
      <w:i/>
      <w:iCs/>
      <w:color w:val="000000" w:themeColor="text1"/>
    </w:rPr>
  </w:style>
  <w:style w:type="character" w:styleId="Hyperlink">
    <w:name w:val="Hyperlink"/>
    <w:basedOn w:val="DefaultParagraphFont"/>
    <w:uiPriority w:val="99"/>
    <w:unhideWhenUsed/>
    <w:rsid w:val="003C59E0"/>
    <w:rPr>
      <w:color w:val="005EA2"/>
      <w:u w:val="single"/>
    </w:rPr>
  </w:style>
  <w:style w:type="character" w:styleId="FollowedHyperlink">
    <w:name w:val="FollowedHyperlink"/>
    <w:basedOn w:val="DefaultParagraphFont"/>
    <w:uiPriority w:val="99"/>
    <w:semiHidden/>
    <w:unhideWhenUsed/>
    <w:rsid w:val="003C59E0"/>
    <w:rPr>
      <w:color w:val="4A2E83"/>
      <w:u w:val="single"/>
    </w:rPr>
  </w:style>
  <w:style w:type="character" w:styleId="SmartLink">
    <w:name w:val="Smart Link"/>
    <w:basedOn w:val="DefaultParagraphFont"/>
    <w:uiPriority w:val="99"/>
    <w:semiHidden/>
    <w:unhideWhenUsed/>
    <w:rsid w:val="004D6093"/>
    <w:rPr>
      <w:color w:val="005EA2"/>
      <w:u w:val="single"/>
      <w:shd w:val="clear" w:color="auto" w:fill="F3F2F1"/>
    </w:rPr>
  </w:style>
  <w:style w:type="paragraph" w:styleId="BalloonText">
    <w:name w:val="Balloon Text"/>
    <w:basedOn w:val="Normal"/>
    <w:link w:val="BalloonTextChar"/>
    <w:uiPriority w:val="99"/>
    <w:semiHidden/>
    <w:unhideWhenUsed/>
    <w:rsid w:val="00A14064"/>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A14064"/>
    <w:rPr>
      <w:rFonts w:ascii="Arial" w:hAnsi="Arial" w:cs="Times New Roman"/>
      <w:sz w:val="18"/>
      <w:szCs w:val="18"/>
    </w:rPr>
  </w:style>
  <w:style w:type="paragraph" w:customStyle="1" w:styleId="BasicParagraph">
    <w:name w:val="[Basic Paragraph]"/>
    <w:basedOn w:val="Normal"/>
    <w:uiPriority w:val="99"/>
    <w:rsid w:val="007755B7"/>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user/UNMCEDU" TargetMode="External"/><Relationship Id="rId18" Type="http://schemas.openxmlformats.org/officeDocument/2006/relationships/hyperlink" Target="https://instagram.com/iamunmc" TargetMode="External"/><Relationship Id="rId26" Type="http://schemas.openxmlformats.org/officeDocument/2006/relationships/hyperlink" Target="https://bsky.app/profile/unmc.bsky.social" TargetMode="External"/><Relationship Id="rId39" Type="http://schemas.openxmlformats.org/officeDocument/2006/relationships/footer" Target="footer1.xml"/><Relationship Id="rId21" Type="http://schemas.openxmlformats.org/officeDocument/2006/relationships/hyperlink" Target="http://www.unmc.edu/" TargetMode="External"/><Relationship Id="rId34" Type="http://schemas.openxmlformats.org/officeDocument/2006/relationships/hyperlink" Target="https://www.facebook.com/unmcedu"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acebook.com/unmcedu" TargetMode="External"/><Relationship Id="rId20" Type="http://schemas.openxmlformats.org/officeDocument/2006/relationships/hyperlink" Target="https://bsky.app/profile/unmc.bsky.social" TargetMode="External"/><Relationship Id="rId29" Type="http://schemas.openxmlformats.org/officeDocument/2006/relationships/hyperlink" Target="https://x.com/unmc"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com/unmc" TargetMode="External"/><Relationship Id="rId24" Type="http://schemas.openxmlformats.org/officeDocument/2006/relationships/hyperlink" Target="https://instagram.com/iamunmc" TargetMode="External"/><Relationship Id="rId32" Type="http://schemas.openxmlformats.org/officeDocument/2006/relationships/hyperlink" Target="https://bsky.app/profile/unmc.bsky.social" TargetMode="External"/><Relationship Id="rId37" Type="http://schemas.openxmlformats.org/officeDocument/2006/relationships/hyperlink" Target="https://www.youtube.com/user/UNMCEDU"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unmc.edu/" TargetMode="External"/><Relationship Id="rId23" Type="http://schemas.openxmlformats.org/officeDocument/2006/relationships/hyperlink" Target="https://x.com/unmc" TargetMode="External"/><Relationship Id="rId28" Type="http://schemas.openxmlformats.org/officeDocument/2006/relationships/hyperlink" Target="https://www.facebook.com/unmcedu" TargetMode="External"/><Relationship Id="rId36" Type="http://schemas.openxmlformats.org/officeDocument/2006/relationships/hyperlink" Target="https://instagram.com/iamunmc" TargetMode="External"/><Relationship Id="rId10" Type="http://schemas.openxmlformats.org/officeDocument/2006/relationships/hyperlink" Target="https://www.facebook.com/unmcedu" TargetMode="External"/><Relationship Id="rId19" Type="http://schemas.openxmlformats.org/officeDocument/2006/relationships/hyperlink" Target="https://www.youtube.com/user/UNMCEDU" TargetMode="External"/><Relationship Id="rId31" Type="http://schemas.openxmlformats.org/officeDocument/2006/relationships/hyperlink" Target="https://www.youtube.com/user/UNMCEDU" TargetMode="External"/><Relationship Id="rId4" Type="http://schemas.openxmlformats.org/officeDocument/2006/relationships/settings" Target="settings.xml"/><Relationship Id="rId9" Type="http://schemas.openxmlformats.org/officeDocument/2006/relationships/hyperlink" Target="http://www.unmc.edu/" TargetMode="External"/><Relationship Id="rId14" Type="http://schemas.openxmlformats.org/officeDocument/2006/relationships/hyperlink" Target="https://bsky.app/profile/unmc.bsky.social" TargetMode="External"/><Relationship Id="rId22" Type="http://schemas.openxmlformats.org/officeDocument/2006/relationships/hyperlink" Target="https://www.facebook.com/unmcedu" TargetMode="External"/><Relationship Id="rId27" Type="http://schemas.openxmlformats.org/officeDocument/2006/relationships/hyperlink" Target="http://www.unmc.edu/" TargetMode="External"/><Relationship Id="rId30" Type="http://schemas.openxmlformats.org/officeDocument/2006/relationships/hyperlink" Target="https://instagram.com/iamunmc" TargetMode="External"/><Relationship Id="rId35" Type="http://schemas.openxmlformats.org/officeDocument/2006/relationships/hyperlink" Target="https://x.com/unmc"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instagram.com/iamunmc" TargetMode="External"/><Relationship Id="rId17" Type="http://schemas.openxmlformats.org/officeDocument/2006/relationships/hyperlink" Target="https://x.com/unmc" TargetMode="External"/><Relationship Id="rId25" Type="http://schemas.openxmlformats.org/officeDocument/2006/relationships/hyperlink" Target="https://www.youtube.com/user/UNMCEDU" TargetMode="External"/><Relationship Id="rId33" Type="http://schemas.openxmlformats.org/officeDocument/2006/relationships/hyperlink" Target="http://www.unmc.edu/" TargetMode="External"/><Relationship Id="rId38" Type="http://schemas.openxmlformats.org/officeDocument/2006/relationships/hyperlink" Target="https://bsky.app/profile/unmc.bsky.social" TargetMode="External"/></Relationships>
</file>

<file path=word/theme/theme1.xml><?xml version="1.0" encoding="utf-8"?>
<a:theme xmlns:a="http://schemas.openxmlformats.org/drawingml/2006/main" name="UNMC-Theme">
  <a:themeElements>
    <a:clrScheme name="UNMC THEME">
      <a:dk1>
        <a:srgbClr val="000000"/>
      </a:dk1>
      <a:lt1>
        <a:srgbClr val="FFFFFF"/>
      </a:lt1>
      <a:dk2>
        <a:srgbClr val="2F3A41"/>
      </a:dk2>
      <a:lt2>
        <a:srgbClr val="DCDDDF"/>
      </a:lt2>
      <a:accent1>
        <a:srgbClr val="AD122A"/>
      </a:accent1>
      <a:accent2>
        <a:srgbClr val="005E63"/>
      </a:accent2>
      <a:accent3>
        <a:srgbClr val="00B2B9"/>
      </a:accent3>
      <a:accent4>
        <a:srgbClr val="129DBF"/>
      </a:accent4>
      <a:accent5>
        <a:srgbClr val="F26721"/>
      </a:accent5>
      <a:accent6>
        <a:srgbClr val="FCB614"/>
      </a:accent6>
      <a:hlink>
        <a:srgbClr val="005EA2"/>
      </a:hlink>
      <a:folHlink>
        <a:srgbClr val="492E8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UNMC-Theme1" id="{8EF01B1E-9DFC-494C-AC3E-5BE6BC8B2399}" vid="{BBF8300F-5B1F-C149-BD60-AC602127EF1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551</Words>
  <Characters>3309</Characters>
  <Application>Microsoft Office Word</Application>
  <DocSecurity>0</DocSecurity>
  <Lines>132</Lines>
  <Paragraphs>96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UNMC</dc:creator>
  <cp:keywords/>
  <dc:description/>
  <cp:lastModifiedBy>Waples, Tom A</cp:lastModifiedBy>
  <cp:revision>5</cp:revision>
  <cp:lastPrinted>2026-02-10T22:36:00Z</cp:lastPrinted>
  <dcterms:created xsi:type="dcterms:W3CDTF">2026-03-17T21:58:00Z</dcterms:created>
  <dcterms:modified xsi:type="dcterms:W3CDTF">2026-03-17T22:52:00Z</dcterms:modified>
  <cp:category/>
</cp:coreProperties>
</file>